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67AF" w14:textId="77777777" w:rsidR="00C45D56" w:rsidRDefault="00FA58A4">
      <w:pPr>
        <w:jc w:val="center"/>
      </w:pPr>
      <w:r>
        <w:rPr>
          <w:b/>
          <w:color w:val="1F4E79"/>
          <w:sz w:val="48"/>
        </w:rPr>
        <w:t>Готовые решения Оникс</w:t>
      </w:r>
    </w:p>
    <w:p w14:paraId="3AA36F34" w14:textId="77777777" w:rsidR="00C45D56" w:rsidRDefault="00FA58A4">
      <w:pPr>
        <w:jc w:val="center"/>
      </w:pPr>
      <w:r>
        <w:rPr>
          <w:color w:val="595959"/>
          <w:sz w:val="28"/>
        </w:rPr>
        <w:t>Комплекты для гаража, склада и дома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C45D56" w14:paraId="05C7184D" w14:textId="77777777">
        <w:trPr>
          <w:jc w:val="center"/>
        </w:trPr>
        <w:tc>
          <w:tcPr>
            <w:tcW w:w="10205" w:type="dxa"/>
            <w:shd w:val="clear" w:color="auto" w:fill="EAF3FF"/>
          </w:tcPr>
          <w:p w14:paraId="2AEDF46F" w14:textId="77777777" w:rsidR="00C45D56" w:rsidRDefault="00FA58A4">
            <w:pPr>
              <w:spacing w:after="60"/>
            </w:pPr>
            <w:r>
              <w:rPr>
                <w:b/>
                <w:color w:val="1F4E79"/>
              </w:rPr>
              <w:t>Идея раздела</w:t>
            </w:r>
            <w:r>
              <w:br/>
            </w:r>
            <w:r>
              <w:rPr>
                <w:sz w:val="19"/>
              </w:rPr>
              <w:t xml:space="preserve">Покупатель выбирает не отдельные комплектующие, а готовую задачу: порядок в гараже, рабочее место мастера, складское хранение, домашняя мастерская или кабинет. Это упрощает выбор и </w:t>
            </w:r>
            <w:r>
              <w:rPr>
                <w:sz w:val="19"/>
              </w:rPr>
              <w:t>помогает продавать комплектом.</w:t>
            </w:r>
          </w:p>
        </w:tc>
      </w:tr>
    </w:tbl>
    <w:p w14:paraId="41FBEA82" w14:textId="77777777" w:rsidR="00C45D56" w:rsidRDefault="00C45D56"/>
    <w:p w14:paraId="78606154" w14:textId="77777777" w:rsidR="00C45D56" w:rsidRDefault="00FA58A4">
      <w:pPr>
        <w:pStyle w:val="1"/>
      </w:pPr>
      <w:r>
        <w:rPr>
          <w:color w:val="1F4E79"/>
        </w:rPr>
        <w:t>Базовые ссылки для работы</w:t>
      </w:r>
    </w:p>
    <w:p w14:paraId="2482C722" w14:textId="77777777" w:rsidR="00C45D56" w:rsidRDefault="00FA58A4">
      <w:pPr>
        <w:pStyle w:val="a0"/>
      </w:pPr>
      <w:hyperlink r:id="rId8">
        <w:r>
          <w:rPr>
            <w:color w:val="0563C1"/>
            <w:u w:val="single"/>
          </w:rPr>
          <w:t>Пример готового решения: «Выбор мастера 15 предметов»</w:t>
        </w:r>
      </w:hyperlink>
    </w:p>
    <w:p w14:paraId="481E2151" w14:textId="77777777" w:rsidR="00C45D56" w:rsidRDefault="00FA58A4">
      <w:pPr>
        <w:pStyle w:val="a0"/>
      </w:pPr>
      <w:hyperlink r:id="rId9">
        <w:r>
          <w:rPr>
            <w:color w:val="0563C1"/>
            <w:u w:val="single"/>
          </w:rPr>
          <w:t>Верстаки PROFI W</w:t>
        </w:r>
      </w:hyperlink>
    </w:p>
    <w:p w14:paraId="46F10295" w14:textId="77777777" w:rsidR="00C45D56" w:rsidRDefault="00FA58A4">
      <w:pPr>
        <w:pStyle w:val="a0"/>
      </w:pPr>
      <w:hyperlink r:id="rId10">
        <w:r>
          <w:rPr>
            <w:color w:val="0563C1"/>
            <w:u w:val="single"/>
          </w:rPr>
          <w:t>Стеллажи металлические</w:t>
        </w:r>
      </w:hyperlink>
    </w:p>
    <w:p w14:paraId="26FCE606" w14:textId="77777777" w:rsidR="00C45D56" w:rsidRDefault="00FA58A4">
      <w:pPr>
        <w:pStyle w:val="a0"/>
      </w:pPr>
      <w:hyperlink r:id="rId11">
        <w:r>
          <w:rPr>
            <w:color w:val="0563C1"/>
            <w:u w:val="single"/>
          </w:rPr>
          <w:t>Пл</w:t>
        </w:r>
        <w:r>
          <w:rPr>
            <w:color w:val="0563C1"/>
            <w:u w:val="single"/>
          </w:rPr>
          <w:t>астиковые ящики</w:t>
        </w:r>
      </w:hyperlink>
    </w:p>
    <w:p w14:paraId="4F112A21" w14:textId="77777777" w:rsidR="00C45D56" w:rsidRDefault="00FA58A4">
      <w:pPr>
        <w:pStyle w:val="a0"/>
      </w:pPr>
      <w:hyperlink r:id="rId12">
        <w:r>
          <w:rPr>
            <w:color w:val="0563C1"/>
            <w:u w:val="single"/>
          </w:rPr>
          <w:t>Стеллажи МС до 150 кг на полку</w:t>
        </w:r>
      </w:hyperlink>
    </w:p>
    <w:p w14:paraId="608A056F" w14:textId="77777777" w:rsidR="00C45D56" w:rsidRDefault="00FA58A4">
      <w:pPr>
        <w:pStyle w:val="a0"/>
      </w:pPr>
      <w:hyperlink r:id="rId13">
        <w:r>
          <w:rPr>
            <w:color w:val="0563C1"/>
            <w:u w:val="single"/>
          </w:rPr>
          <w:t>Стеллажи MS Strong до 150 кг на полку</w:t>
        </w:r>
      </w:hyperlink>
    </w:p>
    <w:p w14:paraId="29FF5E2C" w14:textId="77777777" w:rsidR="00C45D56" w:rsidRDefault="00FA58A4">
      <w:r>
        <w:rPr>
          <w:b/>
        </w:rPr>
        <w:t xml:space="preserve">Примечание: </w:t>
      </w:r>
      <w:r>
        <w:t>точные цены и остатки лучше подтягивать из 1С. В карточках сайта можно писать «от ... ₽», чтобы не пересчитывать комплект вручную при изменени</w:t>
      </w:r>
      <w:r>
        <w:t>и цен.</w:t>
      </w:r>
    </w:p>
    <w:p w14:paraId="44CC9893" w14:textId="77777777" w:rsidR="00C45D56" w:rsidRDefault="00FA58A4">
      <w:pPr>
        <w:pStyle w:val="1"/>
      </w:pPr>
      <w:r>
        <w:rPr>
          <w:color w:val="1F4E79"/>
        </w:rPr>
        <w:t>Разделение по цене и смыслу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1983"/>
        <w:gridCol w:w="3398"/>
        <w:gridCol w:w="3398"/>
      </w:tblGrid>
      <w:tr w:rsidR="00C45D56" w14:paraId="54F27E4C" w14:textId="77777777">
        <w:trPr>
          <w:jc w:val="center"/>
        </w:trPr>
        <w:tc>
          <w:tcPr>
            <w:tcW w:w="1417" w:type="dxa"/>
            <w:shd w:val="clear" w:color="auto" w:fill="1F4E79"/>
            <w:vAlign w:val="center"/>
          </w:tcPr>
          <w:p w14:paraId="78060A07" w14:textId="77777777" w:rsidR="00C45D56" w:rsidRDefault="00FA58A4">
            <w:r>
              <w:rPr>
                <w:b/>
                <w:color w:val="FFFFFF"/>
                <w:sz w:val="18"/>
              </w:rPr>
              <w:t>Уровень</w:t>
            </w:r>
          </w:p>
        </w:tc>
        <w:tc>
          <w:tcPr>
            <w:tcW w:w="1984" w:type="dxa"/>
            <w:shd w:val="clear" w:color="auto" w:fill="1F4E79"/>
            <w:vAlign w:val="center"/>
          </w:tcPr>
          <w:p w14:paraId="1ABBAB73" w14:textId="77777777" w:rsidR="00C45D56" w:rsidRDefault="00FA58A4">
            <w:r>
              <w:rPr>
                <w:b/>
                <w:color w:val="FFFFFF"/>
                <w:sz w:val="18"/>
              </w:rPr>
              <w:t>Как назвать на сайте</w:t>
            </w:r>
          </w:p>
        </w:tc>
        <w:tc>
          <w:tcPr>
            <w:tcW w:w="3402" w:type="dxa"/>
            <w:shd w:val="clear" w:color="auto" w:fill="1F4E79"/>
            <w:vAlign w:val="center"/>
          </w:tcPr>
          <w:p w14:paraId="2CAD2CD3" w14:textId="77777777" w:rsidR="00C45D56" w:rsidRDefault="00FA58A4">
            <w:r>
              <w:rPr>
                <w:b/>
                <w:color w:val="FFFFFF"/>
                <w:sz w:val="18"/>
              </w:rPr>
              <w:t>Смысл</w:t>
            </w:r>
          </w:p>
        </w:tc>
        <w:tc>
          <w:tcPr>
            <w:tcW w:w="3402" w:type="dxa"/>
            <w:shd w:val="clear" w:color="auto" w:fill="1F4E79"/>
            <w:vAlign w:val="center"/>
          </w:tcPr>
          <w:p w14:paraId="0A9D7086" w14:textId="77777777" w:rsidR="00C45D56" w:rsidRDefault="00FA58A4">
            <w:r>
              <w:rPr>
                <w:b/>
                <w:color w:val="FFFFFF"/>
                <w:sz w:val="18"/>
              </w:rPr>
              <w:t>Примеры комплектов</w:t>
            </w:r>
          </w:p>
        </w:tc>
      </w:tr>
      <w:tr w:rsidR="00C45D56" w14:paraId="044A6A42" w14:textId="77777777">
        <w:trPr>
          <w:jc w:val="center"/>
        </w:trPr>
        <w:tc>
          <w:tcPr>
            <w:tcW w:w="1417" w:type="dxa"/>
          </w:tcPr>
          <w:p w14:paraId="75E41D98" w14:textId="77777777" w:rsidR="00C45D56" w:rsidRDefault="00FA58A4">
            <w:r>
              <w:rPr>
                <w:sz w:val="18"/>
              </w:rPr>
              <w:t>Эконом</w:t>
            </w:r>
          </w:p>
        </w:tc>
        <w:tc>
          <w:tcPr>
            <w:tcW w:w="1984" w:type="dxa"/>
          </w:tcPr>
          <w:p w14:paraId="4B505750" w14:textId="77777777" w:rsidR="00C45D56" w:rsidRDefault="00FA58A4">
            <w:r>
              <w:rPr>
                <w:sz w:val="18"/>
              </w:rPr>
              <w:t>Старт</w:t>
            </w:r>
          </w:p>
        </w:tc>
        <w:tc>
          <w:tcPr>
            <w:tcW w:w="3402" w:type="dxa"/>
          </w:tcPr>
          <w:p w14:paraId="64328515" w14:textId="77777777" w:rsidR="00C45D56" w:rsidRDefault="00FA58A4">
            <w:r>
              <w:rPr>
                <w:sz w:val="18"/>
              </w:rPr>
              <w:t>Минимальный набор, чтобы быстро навести порядок</w:t>
            </w:r>
          </w:p>
        </w:tc>
        <w:tc>
          <w:tcPr>
            <w:tcW w:w="3402" w:type="dxa"/>
          </w:tcPr>
          <w:p w14:paraId="01285B7D" w14:textId="77777777" w:rsidR="00C45D56" w:rsidRDefault="00FA58A4">
            <w:r>
              <w:rPr>
                <w:sz w:val="18"/>
              </w:rPr>
              <w:t>Гараж Старт, Склад Старт, Домашнее хранение Старт</w:t>
            </w:r>
          </w:p>
        </w:tc>
      </w:tr>
      <w:tr w:rsidR="00C45D56" w14:paraId="19EA0DE0" w14:textId="77777777">
        <w:trPr>
          <w:jc w:val="center"/>
        </w:trPr>
        <w:tc>
          <w:tcPr>
            <w:tcW w:w="1417" w:type="dxa"/>
          </w:tcPr>
          <w:p w14:paraId="35DB2106" w14:textId="77777777" w:rsidR="00C45D56" w:rsidRDefault="00FA58A4">
            <w:r>
              <w:rPr>
                <w:sz w:val="18"/>
              </w:rPr>
              <w:t>Средний</w:t>
            </w:r>
          </w:p>
        </w:tc>
        <w:tc>
          <w:tcPr>
            <w:tcW w:w="1984" w:type="dxa"/>
          </w:tcPr>
          <w:p w14:paraId="328EA740" w14:textId="77777777" w:rsidR="00C45D56" w:rsidRDefault="00FA58A4">
            <w:r>
              <w:rPr>
                <w:sz w:val="18"/>
              </w:rPr>
              <w:t>Оптимальный</w:t>
            </w:r>
          </w:p>
        </w:tc>
        <w:tc>
          <w:tcPr>
            <w:tcW w:w="3402" w:type="dxa"/>
          </w:tcPr>
          <w:p w14:paraId="25B30217" w14:textId="77777777" w:rsidR="00C45D56" w:rsidRDefault="00FA58A4">
            <w:r>
              <w:rPr>
                <w:sz w:val="18"/>
              </w:rPr>
              <w:t xml:space="preserve">Рабочая зона или </w:t>
            </w:r>
            <w:r>
              <w:rPr>
                <w:sz w:val="18"/>
              </w:rPr>
              <w:t>полноценное хранение без лишнего</w:t>
            </w:r>
          </w:p>
        </w:tc>
        <w:tc>
          <w:tcPr>
            <w:tcW w:w="3402" w:type="dxa"/>
          </w:tcPr>
          <w:p w14:paraId="5F63FCE7" w14:textId="77777777" w:rsidR="00C45D56" w:rsidRDefault="00FA58A4">
            <w:r>
              <w:rPr>
                <w:sz w:val="18"/>
              </w:rPr>
              <w:t>Рабочее место гаражное, Складской порядок, Порядок в кладовке</w:t>
            </w:r>
          </w:p>
        </w:tc>
      </w:tr>
      <w:tr w:rsidR="00C45D56" w14:paraId="338D2FFA" w14:textId="77777777">
        <w:trPr>
          <w:jc w:val="center"/>
        </w:trPr>
        <w:tc>
          <w:tcPr>
            <w:tcW w:w="1417" w:type="dxa"/>
          </w:tcPr>
          <w:p w14:paraId="432309B1" w14:textId="77777777" w:rsidR="00C45D56" w:rsidRDefault="00FA58A4">
            <w:r>
              <w:rPr>
                <w:sz w:val="18"/>
              </w:rPr>
              <w:t>Высокий</w:t>
            </w:r>
          </w:p>
        </w:tc>
        <w:tc>
          <w:tcPr>
            <w:tcW w:w="1984" w:type="dxa"/>
          </w:tcPr>
          <w:p w14:paraId="3237916F" w14:textId="77777777" w:rsidR="00C45D56" w:rsidRDefault="00FA58A4">
            <w:r>
              <w:rPr>
                <w:sz w:val="18"/>
              </w:rPr>
              <w:t>Профи</w:t>
            </w:r>
          </w:p>
        </w:tc>
        <w:tc>
          <w:tcPr>
            <w:tcW w:w="3402" w:type="dxa"/>
          </w:tcPr>
          <w:p w14:paraId="18D329C4" w14:textId="77777777" w:rsidR="00C45D56" w:rsidRDefault="00FA58A4">
            <w:r>
              <w:rPr>
                <w:sz w:val="18"/>
              </w:rPr>
              <w:t>Для регулярной работы, мастерской, сервиса или склада</w:t>
            </w:r>
          </w:p>
        </w:tc>
        <w:tc>
          <w:tcPr>
            <w:tcW w:w="3402" w:type="dxa"/>
          </w:tcPr>
          <w:p w14:paraId="77F600E4" w14:textId="77777777" w:rsidR="00C45D56" w:rsidRDefault="00FA58A4">
            <w:r>
              <w:rPr>
                <w:sz w:val="18"/>
              </w:rPr>
              <w:t>Выбор мастера, Гараж Профи, Склад усиленный</w:t>
            </w:r>
          </w:p>
        </w:tc>
      </w:tr>
      <w:tr w:rsidR="00C45D56" w14:paraId="3B14C29B" w14:textId="77777777">
        <w:trPr>
          <w:jc w:val="center"/>
        </w:trPr>
        <w:tc>
          <w:tcPr>
            <w:tcW w:w="1417" w:type="dxa"/>
          </w:tcPr>
          <w:p w14:paraId="4A765B1E" w14:textId="77777777" w:rsidR="00C45D56" w:rsidRDefault="00FA58A4">
            <w:r>
              <w:rPr>
                <w:sz w:val="18"/>
              </w:rPr>
              <w:t>Премиум</w:t>
            </w:r>
          </w:p>
        </w:tc>
        <w:tc>
          <w:tcPr>
            <w:tcW w:w="1984" w:type="dxa"/>
          </w:tcPr>
          <w:p w14:paraId="39926ACF" w14:textId="77777777" w:rsidR="00C45D56" w:rsidRDefault="00FA58A4">
            <w:r>
              <w:rPr>
                <w:sz w:val="18"/>
              </w:rPr>
              <w:t>Под ключ</w:t>
            </w:r>
          </w:p>
        </w:tc>
        <w:tc>
          <w:tcPr>
            <w:tcW w:w="3402" w:type="dxa"/>
          </w:tcPr>
          <w:p w14:paraId="41186A08" w14:textId="77777777" w:rsidR="00C45D56" w:rsidRDefault="00FA58A4">
            <w:r>
              <w:rPr>
                <w:sz w:val="18"/>
              </w:rPr>
              <w:t xml:space="preserve">Комплект закрывает </w:t>
            </w:r>
            <w:r>
              <w:rPr>
                <w:sz w:val="18"/>
              </w:rPr>
              <w:t>задачу целиком</w:t>
            </w:r>
          </w:p>
        </w:tc>
        <w:tc>
          <w:tcPr>
            <w:tcW w:w="3402" w:type="dxa"/>
          </w:tcPr>
          <w:p w14:paraId="60A87EC9" w14:textId="77777777" w:rsidR="00C45D56" w:rsidRDefault="00FA58A4">
            <w:r>
              <w:rPr>
                <w:sz w:val="18"/>
              </w:rPr>
              <w:t>Мастерская под ключ, Склад под ключ, Домашний кабинет</w:t>
            </w:r>
          </w:p>
        </w:tc>
      </w:tr>
    </w:tbl>
    <w:p w14:paraId="267A8921" w14:textId="77777777" w:rsidR="00C45D56" w:rsidRDefault="00FA58A4">
      <w:r>
        <w:br w:type="page"/>
      </w:r>
    </w:p>
    <w:p w14:paraId="45EB8224" w14:textId="77777777" w:rsidR="00C45D56" w:rsidRDefault="00FA58A4">
      <w:pPr>
        <w:pStyle w:val="1"/>
      </w:pPr>
      <w:r>
        <w:rPr>
          <w:color w:val="1F4E79"/>
        </w:rPr>
        <w:lastRenderedPageBreak/>
        <w:t>Комплекты для гаража</w:t>
      </w:r>
    </w:p>
    <w:p w14:paraId="76EC8008" w14:textId="77777777" w:rsidR="00C45D56" w:rsidRDefault="00FA58A4">
      <w:pPr>
        <w:pStyle w:val="21"/>
      </w:pPr>
      <w:r>
        <w:rPr>
          <w:color w:val="1F4E79"/>
        </w:rPr>
        <w:t>1. Готовое решение для гаража «Гараж Старт»</w:t>
      </w:r>
    </w:p>
    <w:p w14:paraId="69F8B4C1" w14:textId="77777777" w:rsidR="00C45D56" w:rsidRDefault="00FA58A4">
      <w:r>
        <w:rPr>
          <w:b/>
        </w:rPr>
        <w:t xml:space="preserve">Ценовой уровень: </w:t>
      </w:r>
      <w:r>
        <w:t xml:space="preserve">Эконом / Старт  |  </w:t>
      </w:r>
      <w:r>
        <w:rPr>
          <w:b/>
        </w:rPr>
        <w:t xml:space="preserve">Ориентир по цене: </w:t>
      </w:r>
      <w:r>
        <w:t>до 10–15 тыс. ₽</w:t>
      </w:r>
    </w:p>
    <w:p w14:paraId="053B4814" w14:textId="77777777" w:rsidR="00C45D56" w:rsidRDefault="00FA58A4">
      <w:r>
        <w:rPr>
          <w:b/>
        </w:rPr>
        <w:t xml:space="preserve">Задача: </w:t>
      </w:r>
      <w:r>
        <w:t>Убрать с пола коробки, банки, инструмент,</w:t>
      </w:r>
      <w:r>
        <w:t xml:space="preserve"> автохимию и мелкий крепеж.</w:t>
      </w:r>
    </w:p>
    <w:p w14:paraId="4E48D353" w14:textId="77777777" w:rsidR="00C45D56" w:rsidRDefault="00FA58A4">
      <w:r>
        <w:rPr>
          <w:b/>
        </w:rPr>
        <w:t xml:space="preserve">Кому подходит: </w:t>
      </w:r>
      <w:r>
        <w:t>Гараж, дача, кладовка, подсобное помещение.</w:t>
      </w:r>
    </w:p>
    <w:p w14:paraId="5ADFE97F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765A7582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5B0D9EE0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3494ED3D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505E0C49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430A1F2A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104BC89C" w14:textId="77777777">
        <w:trPr>
          <w:jc w:val="center"/>
        </w:trPr>
        <w:tc>
          <w:tcPr>
            <w:tcW w:w="567" w:type="dxa"/>
          </w:tcPr>
          <w:p w14:paraId="075AE19C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448DC802" w14:textId="77777777" w:rsidR="00C45D56" w:rsidRDefault="00FA58A4">
            <w:r>
              <w:rPr>
                <w:sz w:val="18"/>
              </w:rPr>
              <w:t>Стеллаж МС 1500 или 2000 мм</w:t>
            </w:r>
          </w:p>
        </w:tc>
        <w:tc>
          <w:tcPr>
            <w:tcW w:w="1134" w:type="dxa"/>
          </w:tcPr>
          <w:p w14:paraId="0E3EC042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18625B0D" w14:textId="77777777" w:rsidR="00C45D56" w:rsidRDefault="00FA58A4">
            <w:r>
              <w:rPr>
                <w:sz w:val="18"/>
              </w:rPr>
              <w:t>Основная зона хранения.</w:t>
            </w:r>
          </w:p>
        </w:tc>
      </w:tr>
      <w:tr w:rsidR="00C45D56" w14:paraId="67A3D9FC" w14:textId="77777777">
        <w:trPr>
          <w:jc w:val="center"/>
        </w:trPr>
        <w:tc>
          <w:tcPr>
            <w:tcW w:w="567" w:type="dxa"/>
          </w:tcPr>
          <w:p w14:paraId="465BB5B4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47569A99" w14:textId="77777777" w:rsidR="00C45D56" w:rsidRDefault="00FA58A4">
            <w:r>
              <w:rPr>
                <w:sz w:val="18"/>
              </w:rPr>
              <w:t>Полки МС до 100 кг</w:t>
            </w:r>
          </w:p>
        </w:tc>
        <w:tc>
          <w:tcPr>
            <w:tcW w:w="1134" w:type="dxa"/>
          </w:tcPr>
          <w:p w14:paraId="6075C21C" w14:textId="77777777" w:rsidR="00C45D56" w:rsidRDefault="00FA58A4">
            <w:r>
              <w:rPr>
                <w:sz w:val="18"/>
              </w:rPr>
              <w:t>4 шт</w:t>
            </w:r>
          </w:p>
        </w:tc>
        <w:tc>
          <w:tcPr>
            <w:tcW w:w="4025" w:type="dxa"/>
          </w:tcPr>
          <w:p w14:paraId="20A4A6E8" w14:textId="77777777" w:rsidR="00C45D56" w:rsidRDefault="00FA58A4">
            <w:r>
              <w:rPr>
                <w:sz w:val="18"/>
              </w:rPr>
              <w:t xml:space="preserve">Для коробок, банок, </w:t>
            </w:r>
            <w:r>
              <w:rPr>
                <w:sz w:val="18"/>
              </w:rPr>
              <w:t>инструмента и расходников.</w:t>
            </w:r>
          </w:p>
        </w:tc>
      </w:tr>
      <w:tr w:rsidR="00C45D56" w14:paraId="1CEB1259" w14:textId="77777777">
        <w:trPr>
          <w:jc w:val="center"/>
        </w:trPr>
        <w:tc>
          <w:tcPr>
            <w:tcW w:w="567" w:type="dxa"/>
          </w:tcPr>
          <w:p w14:paraId="13EE923C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426CBAAC" w14:textId="77777777" w:rsidR="00C45D56" w:rsidRDefault="00FA58A4">
            <w:r>
              <w:rPr>
                <w:sz w:val="18"/>
              </w:rPr>
              <w:t>Ящик пластиковый V-1</w:t>
            </w:r>
          </w:p>
        </w:tc>
        <w:tc>
          <w:tcPr>
            <w:tcW w:w="1134" w:type="dxa"/>
          </w:tcPr>
          <w:p w14:paraId="60423F22" w14:textId="77777777" w:rsidR="00C45D56" w:rsidRDefault="00FA58A4">
            <w:r>
              <w:rPr>
                <w:sz w:val="18"/>
              </w:rPr>
              <w:t>4 шт</w:t>
            </w:r>
          </w:p>
        </w:tc>
        <w:tc>
          <w:tcPr>
            <w:tcW w:w="4025" w:type="dxa"/>
          </w:tcPr>
          <w:p w14:paraId="687CF5B5" w14:textId="77777777" w:rsidR="00C45D56" w:rsidRDefault="00FA58A4">
            <w:r>
              <w:rPr>
                <w:sz w:val="18"/>
              </w:rPr>
              <w:t>Для сортировки мелочей.</w:t>
            </w:r>
          </w:p>
        </w:tc>
      </w:tr>
      <w:tr w:rsidR="00C45D56" w14:paraId="4697923F" w14:textId="77777777">
        <w:trPr>
          <w:jc w:val="center"/>
        </w:trPr>
        <w:tc>
          <w:tcPr>
            <w:tcW w:w="567" w:type="dxa"/>
          </w:tcPr>
          <w:p w14:paraId="012BA1E6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01EEA590" w14:textId="77777777" w:rsidR="00C45D56" w:rsidRDefault="00FA58A4">
            <w:r>
              <w:rPr>
                <w:sz w:val="18"/>
              </w:rPr>
              <w:t>Ящик для метизов 150×95×70 мм</w:t>
            </w:r>
          </w:p>
        </w:tc>
        <w:tc>
          <w:tcPr>
            <w:tcW w:w="1134" w:type="dxa"/>
          </w:tcPr>
          <w:p w14:paraId="3B5230D9" w14:textId="77777777" w:rsidR="00C45D56" w:rsidRDefault="00FA58A4">
            <w:r>
              <w:rPr>
                <w:sz w:val="18"/>
              </w:rPr>
              <w:t>4 шт</w:t>
            </w:r>
          </w:p>
        </w:tc>
        <w:tc>
          <w:tcPr>
            <w:tcW w:w="4025" w:type="dxa"/>
          </w:tcPr>
          <w:p w14:paraId="5B28C843" w14:textId="77777777" w:rsidR="00C45D56" w:rsidRDefault="00FA58A4">
            <w:r>
              <w:rPr>
                <w:sz w:val="18"/>
              </w:rPr>
              <w:t>Для саморезов, гаек, шайб, дюбелей.</w:t>
            </w:r>
          </w:p>
        </w:tc>
      </w:tr>
    </w:tbl>
    <w:p w14:paraId="3FD267E8" w14:textId="77777777" w:rsidR="00C45D56" w:rsidRDefault="00C45D56"/>
    <w:p w14:paraId="05E91423" w14:textId="77777777" w:rsidR="00C45D56" w:rsidRDefault="00FA58A4">
      <w:r>
        <w:rPr>
          <w:b/>
        </w:rPr>
        <w:t>Текст для карточки сайта:</w:t>
      </w:r>
    </w:p>
    <w:p w14:paraId="59B648EC" w14:textId="77777777" w:rsidR="00C45D56" w:rsidRDefault="00FA58A4">
      <w:pPr>
        <w:spacing w:after="120"/>
      </w:pPr>
      <w:r>
        <w:t xml:space="preserve">Базовый комплект для хранения в гараже. В набор входит </w:t>
      </w:r>
      <w:r>
        <w:t>металлический стеллаж и пластиковые ящики для крепежа, инструмента, расходников и мелких деталей. Подходит для тех, кто хочет быстро навести порядок без сложной комплектации.</w:t>
      </w:r>
    </w:p>
    <w:p w14:paraId="41186724" w14:textId="77777777" w:rsidR="00C45D56" w:rsidRDefault="00FA58A4">
      <w:r>
        <w:rPr>
          <w:b/>
        </w:rPr>
        <w:t xml:space="preserve">Ссылка/основа для карточки: </w:t>
      </w:r>
      <w:hyperlink r:id="rId14">
        <w:r>
          <w:rPr>
            <w:color w:val="0563C1"/>
            <w:u w:val="single"/>
          </w:rPr>
          <w:t>Стеллажи металлические</w:t>
        </w:r>
      </w:hyperlink>
    </w:p>
    <w:p w14:paraId="6039AF03" w14:textId="77777777" w:rsidR="00C45D56" w:rsidRDefault="00C45D56"/>
    <w:p w14:paraId="1FFBE540" w14:textId="77777777" w:rsidR="00C45D56" w:rsidRDefault="00FA58A4">
      <w:pPr>
        <w:pStyle w:val="21"/>
      </w:pPr>
      <w:r>
        <w:rPr>
          <w:color w:val="1F4E79"/>
        </w:rPr>
        <w:t>2. Готовое решение «Порядок в гараже»</w:t>
      </w:r>
    </w:p>
    <w:p w14:paraId="1D9695F4" w14:textId="77777777" w:rsidR="00C45D56" w:rsidRDefault="00FA58A4">
      <w:r>
        <w:rPr>
          <w:b/>
        </w:rPr>
        <w:t xml:space="preserve">Ценовой уровень: </w:t>
      </w:r>
      <w:r>
        <w:t xml:space="preserve">Эконом+ / Оптимальный  |  </w:t>
      </w:r>
      <w:r>
        <w:rPr>
          <w:b/>
        </w:rPr>
        <w:t xml:space="preserve">Ориентир по цене: </w:t>
      </w:r>
      <w:r>
        <w:t>15–25 тыс. ₽</w:t>
      </w:r>
    </w:p>
    <w:p w14:paraId="350372FB" w14:textId="77777777" w:rsidR="00C45D56" w:rsidRDefault="00FA58A4">
      <w:r>
        <w:rPr>
          <w:b/>
        </w:rPr>
        <w:t xml:space="preserve">Задача: </w:t>
      </w:r>
      <w:r>
        <w:t>Организовать хранение на полках и на экране, чтобы инструмент был на виду.</w:t>
      </w:r>
    </w:p>
    <w:p w14:paraId="605EC9A5" w14:textId="77777777" w:rsidR="00C45D56" w:rsidRDefault="00FA58A4">
      <w:r>
        <w:rPr>
          <w:b/>
        </w:rPr>
        <w:t xml:space="preserve">Кому подходит: </w:t>
      </w:r>
      <w:r>
        <w:t>Гараж, небольшая мастерская, хозяйственная зона.</w:t>
      </w:r>
    </w:p>
    <w:p w14:paraId="2F6A9D34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5ABFB1A4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281D9AB3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12C49175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1A0CF379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7DE524BF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3C98279A" w14:textId="77777777">
        <w:trPr>
          <w:jc w:val="center"/>
        </w:trPr>
        <w:tc>
          <w:tcPr>
            <w:tcW w:w="567" w:type="dxa"/>
          </w:tcPr>
          <w:p w14:paraId="070EBCF8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5B742825" w14:textId="77777777" w:rsidR="00C45D56" w:rsidRDefault="00FA58A4">
            <w:r>
              <w:rPr>
                <w:sz w:val="18"/>
              </w:rPr>
              <w:t>Стеллаж МС 2000 мм</w:t>
            </w:r>
          </w:p>
        </w:tc>
        <w:tc>
          <w:tcPr>
            <w:tcW w:w="1134" w:type="dxa"/>
          </w:tcPr>
          <w:p w14:paraId="1234FA2C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156E1E96" w14:textId="77777777" w:rsidR="00C45D56" w:rsidRDefault="00FA58A4">
            <w:r>
              <w:rPr>
                <w:sz w:val="18"/>
              </w:rPr>
              <w:t>Основное хранение для коробок и канистр.</w:t>
            </w:r>
          </w:p>
        </w:tc>
      </w:tr>
      <w:tr w:rsidR="00C45D56" w14:paraId="48090B16" w14:textId="77777777">
        <w:trPr>
          <w:jc w:val="center"/>
        </w:trPr>
        <w:tc>
          <w:tcPr>
            <w:tcW w:w="567" w:type="dxa"/>
          </w:tcPr>
          <w:p w14:paraId="343400E2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4A12B1F2" w14:textId="77777777" w:rsidR="00C45D56" w:rsidRDefault="00FA58A4">
            <w:r>
              <w:rPr>
                <w:sz w:val="18"/>
              </w:rPr>
              <w:t>Полки МС</w:t>
            </w:r>
          </w:p>
        </w:tc>
        <w:tc>
          <w:tcPr>
            <w:tcW w:w="1134" w:type="dxa"/>
          </w:tcPr>
          <w:p w14:paraId="4A417492" w14:textId="77777777" w:rsidR="00C45D56" w:rsidRDefault="00FA58A4">
            <w:r>
              <w:rPr>
                <w:sz w:val="18"/>
              </w:rPr>
              <w:t>4–5 шт</w:t>
            </w:r>
          </w:p>
        </w:tc>
        <w:tc>
          <w:tcPr>
            <w:tcW w:w="4025" w:type="dxa"/>
          </w:tcPr>
          <w:p w14:paraId="4C21CED8" w14:textId="77777777" w:rsidR="00C45D56" w:rsidRDefault="00FA58A4">
            <w:r>
              <w:rPr>
                <w:sz w:val="18"/>
              </w:rPr>
              <w:t>Разделение хранения по ярусам.</w:t>
            </w:r>
          </w:p>
        </w:tc>
      </w:tr>
      <w:tr w:rsidR="00C45D56" w14:paraId="53C4FB2A" w14:textId="77777777">
        <w:trPr>
          <w:jc w:val="center"/>
        </w:trPr>
        <w:tc>
          <w:tcPr>
            <w:tcW w:w="567" w:type="dxa"/>
          </w:tcPr>
          <w:p w14:paraId="1DFB23EF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469E529A" w14:textId="77777777" w:rsidR="00C45D56" w:rsidRDefault="00FA58A4">
            <w:r>
              <w:rPr>
                <w:sz w:val="18"/>
              </w:rPr>
              <w:t xml:space="preserve">Экран </w:t>
            </w:r>
            <w:r>
              <w:rPr>
                <w:sz w:val="18"/>
              </w:rPr>
              <w:t>перфорированный ВП или PROFI W</w:t>
            </w:r>
          </w:p>
        </w:tc>
        <w:tc>
          <w:tcPr>
            <w:tcW w:w="1134" w:type="dxa"/>
          </w:tcPr>
          <w:p w14:paraId="42D3C26D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50D69954" w14:textId="77777777" w:rsidR="00C45D56" w:rsidRDefault="00FA58A4">
            <w:r>
              <w:rPr>
                <w:sz w:val="18"/>
              </w:rPr>
              <w:t>Навесное хранение инструмента.</w:t>
            </w:r>
          </w:p>
        </w:tc>
      </w:tr>
      <w:tr w:rsidR="00C45D56" w14:paraId="633732F9" w14:textId="77777777">
        <w:trPr>
          <w:jc w:val="center"/>
        </w:trPr>
        <w:tc>
          <w:tcPr>
            <w:tcW w:w="567" w:type="dxa"/>
          </w:tcPr>
          <w:p w14:paraId="46E45752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40F6AF31" w14:textId="77777777" w:rsidR="00C45D56" w:rsidRDefault="00FA58A4">
            <w:r>
              <w:rPr>
                <w:sz w:val="18"/>
              </w:rPr>
              <w:t>Крючки для экрана</w:t>
            </w:r>
          </w:p>
        </w:tc>
        <w:tc>
          <w:tcPr>
            <w:tcW w:w="1134" w:type="dxa"/>
          </w:tcPr>
          <w:p w14:paraId="52ABD2CD" w14:textId="77777777" w:rsidR="00C45D56" w:rsidRDefault="00FA58A4">
            <w:r>
              <w:rPr>
                <w:sz w:val="18"/>
              </w:rPr>
              <w:t>5–10 шт</w:t>
            </w:r>
          </w:p>
        </w:tc>
        <w:tc>
          <w:tcPr>
            <w:tcW w:w="4025" w:type="dxa"/>
          </w:tcPr>
          <w:p w14:paraId="24C2E0CF" w14:textId="77777777" w:rsidR="00C45D56" w:rsidRDefault="00FA58A4">
            <w:r>
              <w:rPr>
                <w:sz w:val="18"/>
              </w:rPr>
              <w:t>Для ручного инструмента и расходников.</w:t>
            </w:r>
          </w:p>
        </w:tc>
      </w:tr>
      <w:tr w:rsidR="00C45D56" w14:paraId="24489554" w14:textId="77777777">
        <w:trPr>
          <w:jc w:val="center"/>
        </w:trPr>
        <w:tc>
          <w:tcPr>
            <w:tcW w:w="567" w:type="dxa"/>
          </w:tcPr>
          <w:p w14:paraId="57AB6920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65ECD554" w14:textId="77777777" w:rsidR="00C45D56" w:rsidRDefault="00FA58A4">
            <w:r>
              <w:rPr>
                <w:sz w:val="18"/>
              </w:rPr>
              <w:t>Держатель для ключей</w:t>
            </w:r>
          </w:p>
        </w:tc>
        <w:tc>
          <w:tcPr>
            <w:tcW w:w="1134" w:type="dxa"/>
          </w:tcPr>
          <w:p w14:paraId="49C0D626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05E45975" w14:textId="77777777" w:rsidR="00C45D56" w:rsidRDefault="00FA58A4">
            <w:r>
              <w:rPr>
                <w:sz w:val="18"/>
              </w:rPr>
              <w:t>Для гаечных ключей.</w:t>
            </w:r>
          </w:p>
        </w:tc>
      </w:tr>
      <w:tr w:rsidR="00C45D56" w14:paraId="6BCD69B0" w14:textId="77777777">
        <w:trPr>
          <w:jc w:val="center"/>
        </w:trPr>
        <w:tc>
          <w:tcPr>
            <w:tcW w:w="567" w:type="dxa"/>
          </w:tcPr>
          <w:p w14:paraId="0F95775C" w14:textId="77777777" w:rsidR="00C45D56" w:rsidRDefault="00FA58A4">
            <w:r>
              <w:rPr>
                <w:sz w:val="18"/>
              </w:rPr>
              <w:t>6</w:t>
            </w:r>
          </w:p>
        </w:tc>
        <w:tc>
          <w:tcPr>
            <w:tcW w:w="3572" w:type="dxa"/>
          </w:tcPr>
          <w:p w14:paraId="7410AE9B" w14:textId="77777777" w:rsidR="00C45D56" w:rsidRDefault="00FA58A4">
            <w:r>
              <w:rPr>
                <w:sz w:val="18"/>
              </w:rPr>
              <w:t>Пластиковые ящики</w:t>
            </w:r>
          </w:p>
        </w:tc>
        <w:tc>
          <w:tcPr>
            <w:tcW w:w="1134" w:type="dxa"/>
          </w:tcPr>
          <w:p w14:paraId="3F075443" w14:textId="77777777" w:rsidR="00C45D56" w:rsidRDefault="00FA58A4">
            <w:r>
              <w:rPr>
                <w:sz w:val="18"/>
              </w:rPr>
              <w:t>4–6 шт</w:t>
            </w:r>
          </w:p>
        </w:tc>
        <w:tc>
          <w:tcPr>
            <w:tcW w:w="4025" w:type="dxa"/>
          </w:tcPr>
          <w:p w14:paraId="1738742C" w14:textId="77777777" w:rsidR="00C45D56" w:rsidRDefault="00FA58A4">
            <w:r>
              <w:rPr>
                <w:sz w:val="18"/>
              </w:rPr>
              <w:t>Для крепежа и мелких деталей.</w:t>
            </w:r>
          </w:p>
        </w:tc>
      </w:tr>
    </w:tbl>
    <w:p w14:paraId="425C7D7F" w14:textId="77777777" w:rsidR="00C45D56" w:rsidRDefault="00C45D56"/>
    <w:p w14:paraId="71475503" w14:textId="77777777" w:rsidR="00C45D56" w:rsidRDefault="00FA58A4">
      <w:r>
        <w:rPr>
          <w:b/>
        </w:rPr>
        <w:t xml:space="preserve">Текст для </w:t>
      </w:r>
      <w:r>
        <w:rPr>
          <w:b/>
        </w:rPr>
        <w:t>карточки сайта:</w:t>
      </w:r>
    </w:p>
    <w:p w14:paraId="58955929" w14:textId="77777777" w:rsidR="00C45D56" w:rsidRDefault="00FA58A4">
      <w:pPr>
        <w:spacing w:after="120"/>
      </w:pPr>
      <w:r>
        <w:t>Комплект для хранения инструмента, крепежа и гаражных принадлежностей. Стеллаж берёт на себя крупные вещи, экран помогает держать инструмент на виду, а пластиковые ящики упрощают сортировку мелочей.</w:t>
      </w:r>
    </w:p>
    <w:p w14:paraId="748A6A82" w14:textId="77777777" w:rsidR="00C45D56" w:rsidRDefault="00FA58A4">
      <w:r>
        <w:rPr>
          <w:b/>
        </w:rPr>
        <w:t xml:space="preserve">Ссылка/основа для карточки: </w:t>
      </w:r>
      <w:hyperlink r:id="rId15">
        <w:r>
          <w:rPr>
            <w:color w:val="0563C1"/>
            <w:u w:val="single"/>
          </w:rPr>
          <w:t>Пластиковые ящики</w:t>
        </w:r>
      </w:hyperlink>
    </w:p>
    <w:p w14:paraId="7D24FDA6" w14:textId="77777777" w:rsidR="00C45D56" w:rsidRDefault="00C45D56"/>
    <w:p w14:paraId="0F23D666" w14:textId="77777777" w:rsidR="00C45D56" w:rsidRDefault="00FA58A4">
      <w:pPr>
        <w:pStyle w:val="21"/>
      </w:pPr>
      <w:r>
        <w:rPr>
          <w:color w:val="1F4E79"/>
        </w:rPr>
        <w:t>3. Готовое решение «Рабочее место гаражное PROFI W»</w:t>
      </w:r>
    </w:p>
    <w:p w14:paraId="6CE4BBBA" w14:textId="77777777" w:rsidR="00C45D56" w:rsidRDefault="00FA58A4">
      <w:r>
        <w:rPr>
          <w:b/>
        </w:rPr>
        <w:t xml:space="preserve">Ценовой уровень: </w:t>
      </w:r>
      <w:r>
        <w:t xml:space="preserve">Средний / Оптимальный  |  </w:t>
      </w:r>
      <w:r>
        <w:rPr>
          <w:b/>
        </w:rPr>
        <w:t xml:space="preserve">Ориентир по цене: </w:t>
      </w:r>
      <w:r>
        <w:t>25–45 тыс. ₽</w:t>
      </w:r>
    </w:p>
    <w:p w14:paraId="1E02C303" w14:textId="77777777" w:rsidR="00C45D56" w:rsidRDefault="00FA58A4">
      <w:r>
        <w:rPr>
          <w:b/>
        </w:rPr>
        <w:t xml:space="preserve">Задача: </w:t>
      </w:r>
      <w:r>
        <w:t xml:space="preserve">Собрать рабочую зону для </w:t>
      </w:r>
      <w:r>
        <w:t>ремонта, сборки, обслуживания инструмента и мелких работ.</w:t>
      </w:r>
    </w:p>
    <w:p w14:paraId="6B00080E" w14:textId="77777777" w:rsidR="00C45D56" w:rsidRDefault="00FA58A4">
      <w:r>
        <w:rPr>
          <w:b/>
        </w:rPr>
        <w:lastRenderedPageBreak/>
        <w:t xml:space="preserve">Кому подходит: </w:t>
      </w:r>
      <w:r>
        <w:t>Гараж, мастерская, сервисная зона, производство.</w:t>
      </w:r>
    </w:p>
    <w:p w14:paraId="7B41E33D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4514AFF8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29B79991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038B13A4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097D2464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20E9D171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3488036C" w14:textId="77777777">
        <w:trPr>
          <w:jc w:val="center"/>
        </w:trPr>
        <w:tc>
          <w:tcPr>
            <w:tcW w:w="567" w:type="dxa"/>
          </w:tcPr>
          <w:p w14:paraId="45AFA7B7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7EC20386" w14:textId="77777777" w:rsidR="00C45D56" w:rsidRDefault="00FA58A4">
            <w:r>
              <w:rPr>
                <w:sz w:val="18"/>
              </w:rPr>
              <w:t>PROFI W Столешница WT-120</w:t>
            </w:r>
          </w:p>
        </w:tc>
        <w:tc>
          <w:tcPr>
            <w:tcW w:w="1134" w:type="dxa"/>
          </w:tcPr>
          <w:p w14:paraId="740E2908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5E4913C3" w14:textId="77777777" w:rsidR="00C45D56" w:rsidRDefault="00FA58A4">
            <w:r>
              <w:rPr>
                <w:sz w:val="18"/>
              </w:rPr>
              <w:t>Рабочая поверхность 1200 мм.</w:t>
            </w:r>
          </w:p>
        </w:tc>
      </w:tr>
      <w:tr w:rsidR="00C45D56" w14:paraId="00CBDCEF" w14:textId="77777777">
        <w:trPr>
          <w:jc w:val="center"/>
        </w:trPr>
        <w:tc>
          <w:tcPr>
            <w:tcW w:w="567" w:type="dxa"/>
          </w:tcPr>
          <w:p w14:paraId="60F80912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2680D247" w14:textId="77777777" w:rsidR="00C45D56" w:rsidRDefault="00FA58A4">
            <w:r>
              <w:rPr>
                <w:sz w:val="18"/>
              </w:rPr>
              <w:t xml:space="preserve">PROFI W </w:t>
            </w:r>
            <w:r>
              <w:rPr>
                <w:sz w:val="18"/>
              </w:rPr>
              <w:t>Опора WF-1</w:t>
            </w:r>
          </w:p>
        </w:tc>
        <w:tc>
          <w:tcPr>
            <w:tcW w:w="1134" w:type="dxa"/>
          </w:tcPr>
          <w:p w14:paraId="370FC65C" w14:textId="77777777" w:rsidR="00C45D56" w:rsidRDefault="00FA58A4">
            <w:r>
              <w:rPr>
                <w:sz w:val="18"/>
              </w:rPr>
              <w:t>2 шт</w:t>
            </w:r>
          </w:p>
        </w:tc>
        <w:tc>
          <w:tcPr>
            <w:tcW w:w="4025" w:type="dxa"/>
          </w:tcPr>
          <w:p w14:paraId="733985B8" w14:textId="77777777" w:rsidR="00C45D56" w:rsidRDefault="00FA58A4">
            <w:r>
              <w:rPr>
                <w:sz w:val="18"/>
              </w:rPr>
              <w:t>Основание верстака.</w:t>
            </w:r>
          </w:p>
        </w:tc>
      </w:tr>
      <w:tr w:rsidR="00C45D56" w14:paraId="2308DE1A" w14:textId="77777777">
        <w:trPr>
          <w:jc w:val="center"/>
        </w:trPr>
        <w:tc>
          <w:tcPr>
            <w:tcW w:w="567" w:type="dxa"/>
          </w:tcPr>
          <w:p w14:paraId="27E75E52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721A2AAE" w14:textId="77777777" w:rsidR="00C45D56" w:rsidRDefault="00FA58A4">
            <w:r>
              <w:rPr>
                <w:sz w:val="18"/>
              </w:rPr>
              <w:t>PROFI W Экран WS-120</w:t>
            </w:r>
          </w:p>
        </w:tc>
        <w:tc>
          <w:tcPr>
            <w:tcW w:w="1134" w:type="dxa"/>
          </w:tcPr>
          <w:p w14:paraId="70E45812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0313A0B4" w14:textId="77777777" w:rsidR="00C45D56" w:rsidRDefault="00FA58A4">
            <w:r>
              <w:rPr>
                <w:sz w:val="18"/>
              </w:rPr>
              <w:t>Перфорированный экран для аксессуаров.</w:t>
            </w:r>
          </w:p>
        </w:tc>
      </w:tr>
      <w:tr w:rsidR="00C45D56" w14:paraId="603CF142" w14:textId="77777777">
        <w:trPr>
          <w:jc w:val="center"/>
        </w:trPr>
        <w:tc>
          <w:tcPr>
            <w:tcW w:w="567" w:type="dxa"/>
          </w:tcPr>
          <w:p w14:paraId="263D5494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19E28709" w14:textId="77777777" w:rsidR="00C45D56" w:rsidRDefault="00FA58A4">
            <w:r>
              <w:rPr>
                <w:sz w:val="18"/>
              </w:rPr>
              <w:t>Комплект косынок для экрана WS</w:t>
            </w:r>
          </w:p>
        </w:tc>
        <w:tc>
          <w:tcPr>
            <w:tcW w:w="1134" w:type="dxa"/>
          </w:tcPr>
          <w:p w14:paraId="226332DF" w14:textId="77777777" w:rsidR="00C45D56" w:rsidRDefault="00FA58A4">
            <w:r>
              <w:rPr>
                <w:sz w:val="18"/>
              </w:rPr>
              <w:t>1 компл</w:t>
            </w:r>
          </w:p>
        </w:tc>
        <w:tc>
          <w:tcPr>
            <w:tcW w:w="4025" w:type="dxa"/>
          </w:tcPr>
          <w:p w14:paraId="52A35D3E" w14:textId="77777777" w:rsidR="00C45D56" w:rsidRDefault="00FA58A4">
            <w:r>
              <w:rPr>
                <w:sz w:val="18"/>
              </w:rPr>
              <w:t>Крепление экрана к верстаку.</w:t>
            </w:r>
          </w:p>
        </w:tc>
      </w:tr>
      <w:tr w:rsidR="00C45D56" w14:paraId="5B0F9750" w14:textId="77777777">
        <w:trPr>
          <w:jc w:val="center"/>
        </w:trPr>
        <w:tc>
          <w:tcPr>
            <w:tcW w:w="567" w:type="dxa"/>
          </w:tcPr>
          <w:p w14:paraId="1D0053BC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30991636" w14:textId="77777777" w:rsidR="00C45D56" w:rsidRDefault="00FA58A4">
            <w:r>
              <w:rPr>
                <w:sz w:val="18"/>
              </w:rPr>
              <w:t>PROFI W Полка малая SSh</w:t>
            </w:r>
          </w:p>
        </w:tc>
        <w:tc>
          <w:tcPr>
            <w:tcW w:w="1134" w:type="dxa"/>
          </w:tcPr>
          <w:p w14:paraId="7BF5D0F5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205E41D0" w14:textId="77777777" w:rsidR="00C45D56" w:rsidRDefault="00FA58A4">
            <w:r>
              <w:rPr>
                <w:sz w:val="18"/>
              </w:rPr>
              <w:t>Для мелких предметов и расходников.</w:t>
            </w:r>
          </w:p>
        </w:tc>
      </w:tr>
      <w:tr w:rsidR="00C45D56" w14:paraId="56242B60" w14:textId="77777777">
        <w:trPr>
          <w:jc w:val="center"/>
        </w:trPr>
        <w:tc>
          <w:tcPr>
            <w:tcW w:w="567" w:type="dxa"/>
          </w:tcPr>
          <w:p w14:paraId="002CAE3C" w14:textId="77777777" w:rsidR="00C45D56" w:rsidRDefault="00FA58A4">
            <w:r>
              <w:rPr>
                <w:sz w:val="18"/>
              </w:rPr>
              <w:t>6</w:t>
            </w:r>
          </w:p>
        </w:tc>
        <w:tc>
          <w:tcPr>
            <w:tcW w:w="3572" w:type="dxa"/>
          </w:tcPr>
          <w:p w14:paraId="4D24E2ED" w14:textId="77777777" w:rsidR="00C45D56" w:rsidRDefault="00FA58A4">
            <w:r>
              <w:rPr>
                <w:sz w:val="18"/>
              </w:rPr>
              <w:t>PROFI W Де</w:t>
            </w:r>
            <w:r>
              <w:rPr>
                <w:sz w:val="18"/>
              </w:rPr>
              <w:t>ржатель ключей WH</w:t>
            </w:r>
          </w:p>
        </w:tc>
        <w:tc>
          <w:tcPr>
            <w:tcW w:w="1134" w:type="dxa"/>
          </w:tcPr>
          <w:p w14:paraId="1B22819B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15D2E191" w14:textId="77777777" w:rsidR="00C45D56" w:rsidRDefault="00FA58A4">
            <w:r>
              <w:rPr>
                <w:sz w:val="18"/>
              </w:rPr>
              <w:t>Для гаечных ключей.</w:t>
            </w:r>
          </w:p>
        </w:tc>
      </w:tr>
      <w:tr w:rsidR="00C45D56" w14:paraId="414034B3" w14:textId="77777777">
        <w:trPr>
          <w:jc w:val="center"/>
        </w:trPr>
        <w:tc>
          <w:tcPr>
            <w:tcW w:w="567" w:type="dxa"/>
          </w:tcPr>
          <w:p w14:paraId="44A0E874" w14:textId="77777777" w:rsidR="00C45D56" w:rsidRDefault="00FA58A4">
            <w:r>
              <w:rPr>
                <w:sz w:val="18"/>
              </w:rPr>
              <w:t>7</w:t>
            </w:r>
          </w:p>
        </w:tc>
        <w:tc>
          <w:tcPr>
            <w:tcW w:w="3572" w:type="dxa"/>
          </w:tcPr>
          <w:p w14:paraId="6C02772A" w14:textId="77777777" w:rsidR="00C45D56" w:rsidRDefault="00FA58A4">
            <w:r>
              <w:rPr>
                <w:sz w:val="18"/>
              </w:rPr>
              <w:t>PROFI W Держатель для свёрл DN 2–10 мм</w:t>
            </w:r>
          </w:p>
        </w:tc>
        <w:tc>
          <w:tcPr>
            <w:tcW w:w="1134" w:type="dxa"/>
          </w:tcPr>
          <w:p w14:paraId="35A27BF9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357AC0B8" w14:textId="77777777" w:rsidR="00C45D56" w:rsidRDefault="00FA58A4">
            <w:r>
              <w:rPr>
                <w:sz w:val="18"/>
              </w:rPr>
              <w:t>Для хранения свёрл по размерам.</w:t>
            </w:r>
          </w:p>
        </w:tc>
      </w:tr>
      <w:tr w:rsidR="00C45D56" w14:paraId="7745CE01" w14:textId="77777777">
        <w:trPr>
          <w:jc w:val="center"/>
        </w:trPr>
        <w:tc>
          <w:tcPr>
            <w:tcW w:w="567" w:type="dxa"/>
          </w:tcPr>
          <w:p w14:paraId="57329968" w14:textId="77777777" w:rsidR="00C45D56" w:rsidRDefault="00FA58A4">
            <w:r>
              <w:rPr>
                <w:sz w:val="18"/>
              </w:rPr>
              <w:t>8</w:t>
            </w:r>
          </w:p>
        </w:tc>
        <w:tc>
          <w:tcPr>
            <w:tcW w:w="3572" w:type="dxa"/>
          </w:tcPr>
          <w:p w14:paraId="4B341794" w14:textId="77777777" w:rsidR="00C45D56" w:rsidRDefault="00FA58A4">
            <w:r>
              <w:rPr>
                <w:sz w:val="18"/>
              </w:rPr>
              <w:t>Крючки/держатели PROFI W</w:t>
            </w:r>
          </w:p>
        </w:tc>
        <w:tc>
          <w:tcPr>
            <w:tcW w:w="1134" w:type="dxa"/>
          </w:tcPr>
          <w:p w14:paraId="287958B7" w14:textId="77777777" w:rsidR="00C45D56" w:rsidRDefault="00FA58A4">
            <w:r>
              <w:rPr>
                <w:sz w:val="18"/>
              </w:rPr>
              <w:t>3–5 шт</w:t>
            </w:r>
          </w:p>
        </w:tc>
        <w:tc>
          <w:tcPr>
            <w:tcW w:w="4025" w:type="dxa"/>
          </w:tcPr>
          <w:p w14:paraId="524D370D" w14:textId="77777777" w:rsidR="00C45D56" w:rsidRDefault="00FA58A4">
            <w:r>
              <w:rPr>
                <w:sz w:val="18"/>
              </w:rPr>
              <w:t>Для навесного инструмента.</w:t>
            </w:r>
          </w:p>
        </w:tc>
      </w:tr>
      <w:tr w:rsidR="00C45D56" w14:paraId="0DBDEF46" w14:textId="77777777">
        <w:trPr>
          <w:jc w:val="center"/>
        </w:trPr>
        <w:tc>
          <w:tcPr>
            <w:tcW w:w="567" w:type="dxa"/>
          </w:tcPr>
          <w:p w14:paraId="4BFCE5DD" w14:textId="77777777" w:rsidR="00C45D56" w:rsidRDefault="00FA58A4">
            <w:r>
              <w:rPr>
                <w:sz w:val="18"/>
              </w:rPr>
              <w:t>9</w:t>
            </w:r>
          </w:p>
        </w:tc>
        <w:tc>
          <w:tcPr>
            <w:tcW w:w="3572" w:type="dxa"/>
          </w:tcPr>
          <w:p w14:paraId="400B1F89" w14:textId="77777777" w:rsidR="00C45D56" w:rsidRDefault="00FA58A4">
            <w:r>
              <w:rPr>
                <w:sz w:val="18"/>
              </w:rPr>
              <w:t>Ящики для метизов</w:t>
            </w:r>
          </w:p>
        </w:tc>
        <w:tc>
          <w:tcPr>
            <w:tcW w:w="1134" w:type="dxa"/>
          </w:tcPr>
          <w:p w14:paraId="05C592DB" w14:textId="77777777" w:rsidR="00C45D56" w:rsidRDefault="00FA58A4">
            <w:r>
              <w:rPr>
                <w:sz w:val="18"/>
              </w:rPr>
              <w:t>2–4 шт</w:t>
            </w:r>
          </w:p>
        </w:tc>
        <w:tc>
          <w:tcPr>
            <w:tcW w:w="4025" w:type="dxa"/>
          </w:tcPr>
          <w:p w14:paraId="079F84FF" w14:textId="77777777" w:rsidR="00C45D56" w:rsidRDefault="00FA58A4">
            <w:r>
              <w:rPr>
                <w:sz w:val="18"/>
              </w:rPr>
              <w:t>Для крепежа.</w:t>
            </w:r>
          </w:p>
        </w:tc>
      </w:tr>
    </w:tbl>
    <w:p w14:paraId="4A911297" w14:textId="77777777" w:rsidR="00C45D56" w:rsidRDefault="00C45D56"/>
    <w:p w14:paraId="3A83139B" w14:textId="77777777" w:rsidR="00C45D56" w:rsidRDefault="00FA58A4">
      <w:r>
        <w:rPr>
          <w:b/>
        </w:rPr>
        <w:t xml:space="preserve">Текст для карточки </w:t>
      </w:r>
      <w:r>
        <w:rPr>
          <w:b/>
        </w:rPr>
        <w:t>сайта:</w:t>
      </w:r>
    </w:p>
    <w:p w14:paraId="5193F899" w14:textId="77777777" w:rsidR="00C45D56" w:rsidRDefault="00FA58A4">
      <w:pPr>
        <w:spacing w:after="120"/>
      </w:pPr>
      <w:r>
        <w:t>Комплект для организации рабочего места в гараже или мастерской. В набор входит верстак PROFI W с экраном, косынками, полкой, держателями для ключей, свёрл и мелкого инструмента.</w:t>
      </w:r>
    </w:p>
    <w:p w14:paraId="34B4F6E0" w14:textId="77777777" w:rsidR="00C45D56" w:rsidRDefault="00FA58A4">
      <w:r>
        <w:rPr>
          <w:b/>
        </w:rPr>
        <w:t xml:space="preserve">Ссылка/основа для карточки: </w:t>
      </w:r>
      <w:hyperlink r:id="rId16">
        <w:r>
          <w:rPr>
            <w:color w:val="0563C1"/>
            <w:u w:val="single"/>
          </w:rPr>
          <w:t>Верстаки PROFI W</w:t>
        </w:r>
      </w:hyperlink>
    </w:p>
    <w:p w14:paraId="1D6FBB6E" w14:textId="77777777" w:rsidR="00C45D56" w:rsidRDefault="00C45D56"/>
    <w:p w14:paraId="62762C72" w14:textId="77777777" w:rsidR="00C45D56" w:rsidRDefault="00FA58A4">
      <w:pPr>
        <w:pStyle w:val="21"/>
      </w:pPr>
      <w:r>
        <w:rPr>
          <w:color w:val="1F4E79"/>
        </w:rPr>
        <w:t>4. Готовое решение «Выбор мастера 15 предметов»</w:t>
      </w:r>
    </w:p>
    <w:p w14:paraId="6A94082C" w14:textId="77777777" w:rsidR="00C45D56" w:rsidRDefault="00FA58A4">
      <w:r>
        <w:rPr>
          <w:b/>
        </w:rPr>
        <w:t xml:space="preserve">Ценовой уровень: </w:t>
      </w:r>
      <w:r>
        <w:t xml:space="preserve">Средний+ / Профи  |  </w:t>
      </w:r>
      <w:r>
        <w:rPr>
          <w:b/>
        </w:rPr>
        <w:t xml:space="preserve">Ориентир по цене: </w:t>
      </w:r>
      <w:r>
        <w:t>45–70 тыс. ₽</w:t>
      </w:r>
    </w:p>
    <w:p w14:paraId="4C0A7C5D" w14:textId="77777777" w:rsidR="00C45D56" w:rsidRDefault="00FA58A4">
      <w:r>
        <w:rPr>
          <w:b/>
        </w:rPr>
        <w:t xml:space="preserve">Задача: </w:t>
      </w:r>
      <w:r>
        <w:t xml:space="preserve">Закрыть сразу три задачи: рабочее место, стеллажное </w:t>
      </w:r>
      <w:r>
        <w:t>хранение и мобильная тележка.</w:t>
      </w:r>
    </w:p>
    <w:p w14:paraId="4951E9B4" w14:textId="77777777" w:rsidR="00C45D56" w:rsidRDefault="00FA58A4">
      <w:r>
        <w:rPr>
          <w:b/>
        </w:rPr>
        <w:t xml:space="preserve">Кому подходит: </w:t>
      </w:r>
      <w:r>
        <w:t>Гараж, мастерская, сервис, складская рабочая зона.</w:t>
      </w:r>
    </w:p>
    <w:p w14:paraId="667F8A23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283C0E44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45E34232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3A6F5E11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5D788D36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74CE450E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15A48BE0" w14:textId="77777777">
        <w:trPr>
          <w:jc w:val="center"/>
        </w:trPr>
        <w:tc>
          <w:tcPr>
            <w:tcW w:w="567" w:type="dxa"/>
          </w:tcPr>
          <w:p w14:paraId="22FC1B00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3CA48FBD" w14:textId="77777777" w:rsidR="00C45D56" w:rsidRDefault="00FA58A4">
            <w:r>
              <w:rPr>
                <w:sz w:val="18"/>
              </w:rPr>
              <w:t>PROFI W Столешница WT-120</w:t>
            </w:r>
          </w:p>
        </w:tc>
        <w:tc>
          <w:tcPr>
            <w:tcW w:w="1134" w:type="dxa"/>
          </w:tcPr>
          <w:p w14:paraId="102B1D1B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6108474F" w14:textId="77777777" w:rsidR="00C45D56" w:rsidRDefault="00FA58A4">
            <w:r>
              <w:rPr>
                <w:sz w:val="18"/>
              </w:rPr>
              <w:t>Рабочая поверхность.</w:t>
            </w:r>
          </w:p>
        </w:tc>
      </w:tr>
      <w:tr w:rsidR="00C45D56" w14:paraId="5A3CA55E" w14:textId="77777777">
        <w:trPr>
          <w:jc w:val="center"/>
        </w:trPr>
        <w:tc>
          <w:tcPr>
            <w:tcW w:w="567" w:type="dxa"/>
          </w:tcPr>
          <w:p w14:paraId="6496D29C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091A9A65" w14:textId="77777777" w:rsidR="00C45D56" w:rsidRDefault="00FA58A4">
            <w:r>
              <w:rPr>
                <w:sz w:val="18"/>
              </w:rPr>
              <w:t>PROFI W Полка и стенка WSh-120/0</w:t>
            </w:r>
          </w:p>
        </w:tc>
        <w:tc>
          <w:tcPr>
            <w:tcW w:w="1134" w:type="dxa"/>
          </w:tcPr>
          <w:p w14:paraId="5CA1C17F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448916CE" w14:textId="77777777" w:rsidR="00C45D56" w:rsidRDefault="00FA58A4">
            <w:r>
              <w:rPr>
                <w:sz w:val="18"/>
              </w:rPr>
              <w:t>Верхнее хранение и задняя стенка.</w:t>
            </w:r>
          </w:p>
        </w:tc>
      </w:tr>
      <w:tr w:rsidR="00C45D56" w14:paraId="4007BFC7" w14:textId="77777777">
        <w:trPr>
          <w:jc w:val="center"/>
        </w:trPr>
        <w:tc>
          <w:tcPr>
            <w:tcW w:w="567" w:type="dxa"/>
          </w:tcPr>
          <w:p w14:paraId="63A0DA64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2CE726F7" w14:textId="77777777" w:rsidR="00C45D56" w:rsidRDefault="00FA58A4">
            <w:r>
              <w:rPr>
                <w:sz w:val="18"/>
              </w:rPr>
              <w:t>PROFI W Опора WF-1</w:t>
            </w:r>
          </w:p>
        </w:tc>
        <w:tc>
          <w:tcPr>
            <w:tcW w:w="1134" w:type="dxa"/>
          </w:tcPr>
          <w:p w14:paraId="3ACE9624" w14:textId="77777777" w:rsidR="00C45D56" w:rsidRDefault="00FA58A4">
            <w:r>
              <w:rPr>
                <w:sz w:val="18"/>
              </w:rPr>
              <w:t>2 шт</w:t>
            </w:r>
          </w:p>
        </w:tc>
        <w:tc>
          <w:tcPr>
            <w:tcW w:w="4025" w:type="dxa"/>
          </w:tcPr>
          <w:p w14:paraId="2262B6B3" w14:textId="77777777" w:rsidR="00C45D56" w:rsidRDefault="00FA58A4">
            <w:r>
              <w:rPr>
                <w:sz w:val="18"/>
              </w:rPr>
              <w:t>Основание верстака.</w:t>
            </w:r>
          </w:p>
        </w:tc>
      </w:tr>
      <w:tr w:rsidR="00C45D56" w14:paraId="43531E60" w14:textId="77777777">
        <w:trPr>
          <w:jc w:val="center"/>
        </w:trPr>
        <w:tc>
          <w:tcPr>
            <w:tcW w:w="567" w:type="dxa"/>
          </w:tcPr>
          <w:p w14:paraId="04550B77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4DA5835C" w14:textId="77777777" w:rsidR="00C45D56" w:rsidRDefault="00FA58A4">
            <w:r>
              <w:rPr>
                <w:sz w:val="18"/>
              </w:rPr>
              <w:t>МС Стойка 1500</w:t>
            </w:r>
          </w:p>
        </w:tc>
        <w:tc>
          <w:tcPr>
            <w:tcW w:w="1134" w:type="dxa"/>
          </w:tcPr>
          <w:p w14:paraId="61AD43ED" w14:textId="77777777" w:rsidR="00C45D56" w:rsidRDefault="00FA58A4">
            <w:r>
              <w:rPr>
                <w:sz w:val="18"/>
              </w:rPr>
              <w:t>4 шт</w:t>
            </w:r>
          </w:p>
        </w:tc>
        <w:tc>
          <w:tcPr>
            <w:tcW w:w="4025" w:type="dxa"/>
          </w:tcPr>
          <w:p w14:paraId="4F13BD54" w14:textId="77777777" w:rsidR="00C45D56" w:rsidRDefault="00FA58A4">
            <w:r>
              <w:rPr>
                <w:sz w:val="18"/>
              </w:rPr>
              <w:t>Стойки для стеллажа.</w:t>
            </w:r>
          </w:p>
        </w:tc>
      </w:tr>
      <w:tr w:rsidR="00C45D56" w14:paraId="0186C4FD" w14:textId="77777777">
        <w:trPr>
          <w:jc w:val="center"/>
        </w:trPr>
        <w:tc>
          <w:tcPr>
            <w:tcW w:w="567" w:type="dxa"/>
          </w:tcPr>
          <w:p w14:paraId="66C12110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1A1E5B00" w14:textId="77777777" w:rsidR="00C45D56" w:rsidRDefault="00FA58A4">
            <w:r>
              <w:rPr>
                <w:sz w:val="18"/>
              </w:rPr>
              <w:t>МС Полка 700×300 до 100 кг</w:t>
            </w:r>
          </w:p>
        </w:tc>
        <w:tc>
          <w:tcPr>
            <w:tcW w:w="1134" w:type="dxa"/>
          </w:tcPr>
          <w:p w14:paraId="1995CFF7" w14:textId="77777777" w:rsidR="00C45D56" w:rsidRDefault="00FA58A4">
            <w:r>
              <w:rPr>
                <w:sz w:val="18"/>
              </w:rPr>
              <w:t>4 шт</w:t>
            </w:r>
          </w:p>
        </w:tc>
        <w:tc>
          <w:tcPr>
            <w:tcW w:w="4025" w:type="dxa"/>
          </w:tcPr>
          <w:p w14:paraId="2357FCB7" w14:textId="77777777" w:rsidR="00C45D56" w:rsidRDefault="00FA58A4">
            <w:r>
              <w:rPr>
                <w:sz w:val="18"/>
              </w:rPr>
              <w:t>Полки для хранения.</w:t>
            </w:r>
          </w:p>
        </w:tc>
      </w:tr>
      <w:tr w:rsidR="00C45D56" w14:paraId="57796BDA" w14:textId="77777777">
        <w:trPr>
          <w:jc w:val="center"/>
        </w:trPr>
        <w:tc>
          <w:tcPr>
            <w:tcW w:w="567" w:type="dxa"/>
          </w:tcPr>
          <w:p w14:paraId="2A3FBC7C" w14:textId="77777777" w:rsidR="00C45D56" w:rsidRDefault="00FA58A4">
            <w:r>
              <w:rPr>
                <w:sz w:val="18"/>
              </w:rPr>
              <w:t>6</w:t>
            </w:r>
          </w:p>
        </w:tc>
        <w:tc>
          <w:tcPr>
            <w:tcW w:w="3572" w:type="dxa"/>
          </w:tcPr>
          <w:p w14:paraId="6A2E98B8" w14:textId="77777777" w:rsidR="00C45D56" w:rsidRDefault="00FA58A4">
            <w:r>
              <w:rPr>
                <w:sz w:val="18"/>
              </w:rPr>
              <w:t>Ящик для метизов 150×95×70 мм</w:t>
            </w:r>
          </w:p>
        </w:tc>
        <w:tc>
          <w:tcPr>
            <w:tcW w:w="1134" w:type="dxa"/>
          </w:tcPr>
          <w:p w14:paraId="18A5AE9D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27287E13" w14:textId="77777777" w:rsidR="00C45D56" w:rsidRDefault="00FA58A4">
            <w:r>
              <w:rPr>
                <w:sz w:val="18"/>
              </w:rPr>
              <w:t>Для мелкого крепежа.</w:t>
            </w:r>
          </w:p>
        </w:tc>
      </w:tr>
      <w:tr w:rsidR="00C45D56" w14:paraId="37EB50FF" w14:textId="77777777">
        <w:trPr>
          <w:jc w:val="center"/>
        </w:trPr>
        <w:tc>
          <w:tcPr>
            <w:tcW w:w="567" w:type="dxa"/>
          </w:tcPr>
          <w:p w14:paraId="682B78F0" w14:textId="77777777" w:rsidR="00C45D56" w:rsidRDefault="00FA58A4">
            <w:r>
              <w:rPr>
                <w:sz w:val="18"/>
              </w:rPr>
              <w:t>7</w:t>
            </w:r>
          </w:p>
        </w:tc>
        <w:tc>
          <w:tcPr>
            <w:tcW w:w="3572" w:type="dxa"/>
          </w:tcPr>
          <w:p w14:paraId="66CB7ADB" w14:textId="77777777" w:rsidR="00C45D56" w:rsidRDefault="00FA58A4">
            <w:r>
              <w:rPr>
                <w:sz w:val="18"/>
              </w:rPr>
              <w:t xml:space="preserve">Ящик </w:t>
            </w:r>
            <w:r>
              <w:rPr>
                <w:sz w:val="18"/>
              </w:rPr>
              <w:t>пластиковый V-1</w:t>
            </w:r>
          </w:p>
        </w:tc>
        <w:tc>
          <w:tcPr>
            <w:tcW w:w="1134" w:type="dxa"/>
          </w:tcPr>
          <w:p w14:paraId="27352470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3CC3A059" w14:textId="77777777" w:rsidR="00C45D56" w:rsidRDefault="00FA58A4">
            <w:r>
              <w:rPr>
                <w:sz w:val="18"/>
              </w:rPr>
              <w:t>Для деталей и расходников.</w:t>
            </w:r>
          </w:p>
        </w:tc>
      </w:tr>
      <w:tr w:rsidR="00C45D56" w14:paraId="37625DB6" w14:textId="77777777">
        <w:trPr>
          <w:jc w:val="center"/>
        </w:trPr>
        <w:tc>
          <w:tcPr>
            <w:tcW w:w="567" w:type="dxa"/>
          </w:tcPr>
          <w:p w14:paraId="598F183B" w14:textId="77777777" w:rsidR="00C45D56" w:rsidRDefault="00FA58A4">
            <w:r>
              <w:rPr>
                <w:sz w:val="18"/>
              </w:rPr>
              <w:t>8</w:t>
            </w:r>
          </w:p>
        </w:tc>
        <w:tc>
          <w:tcPr>
            <w:tcW w:w="3572" w:type="dxa"/>
          </w:tcPr>
          <w:p w14:paraId="61A18837" w14:textId="77777777" w:rsidR="00C45D56" w:rsidRDefault="00FA58A4">
            <w:r>
              <w:rPr>
                <w:sz w:val="18"/>
              </w:rPr>
              <w:t>PROFI W Полка малая SSh</w:t>
            </w:r>
          </w:p>
        </w:tc>
        <w:tc>
          <w:tcPr>
            <w:tcW w:w="1134" w:type="dxa"/>
          </w:tcPr>
          <w:p w14:paraId="0CF39EB2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791BB7AD" w14:textId="77777777" w:rsidR="00C45D56" w:rsidRDefault="00FA58A4">
            <w:r>
              <w:rPr>
                <w:sz w:val="18"/>
              </w:rPr>
              <w:t>Навесная полка на экран.</w:t>
            </w:r>
          </w:p>
        </w:tc>
      </w:tr>
      <w:tr w:rsidR="00C45D56" w14:paraId="6D369B51" w14:textId="77777777">
        <w:trPr>
          <w:jc w:val="center"/>
        </w:trPr>
        <w:tc>
          <w:tcPr>
            <w:tcW w:w="567" w:type="dxa"/>
          </w:tcPr>
          <w:p w14:paraId="53B1DE51" w14:textId="77777777" w:rsidR="00C45D56" w:rsidRDefault="00FA58A4">
            <w:r>
              <w:rPr>
                <w:sz w:val="18"/>
              </w:rPr>
              <w:t>9</w:t>
            </w:r>
          </w:p>
        </w:tc>
        <w:tc>
          <w:tcPr>
            <w:tcW w:w="3572" w:type="dxa"/>
          </w:tcPr>
          <w:p w14:paraId="69AAA30A" w14:textId="77777777" w:rsidR="00C45D56" w:rsidRDefault="00FA58A4">
            <w:r>
              <w:rPr>
                <w:sz w:val="18"/>
              </w:rPr>
              <w:t>PROFI W Крючок-держатель HK 6</w:t>
            </w:r>
          </w:p>
        </w:tc>
        <w:tc>
          <w:tcPr>
            <w:tcW w:w="1134" w:type="dxa"/>
          </w:tcPr>
          <w:p w14:paraId="523D99C3" w14:textId="77777777" w:rsidR="00C45D56" w:rsidRDefault="00FA58A4">
            <w:r>
              <w:rPr>
                <w:sz w:val="18"/>
              </w:rPr>
              <w:t>2 шт</w:t>
            </w:r>
          </w:p>
        </w:tc>
        <w:tc>
          <w:tcPr>
            <w:tcW w:w="4025" w:type="dxa"/>
          </w:tcPr>
          <w:p w14:paraId="2040B398" w14:textId="77777777" w:rsidR="00C45D56" w:rsidRDefault="00FA58A4">
            <w:r>
              <w:rPr>
                <w:sz w:val="18"/>
              </w:rPr>
              <w:t>Для инструмента.</w:t>
            </w:r>
          </w:p>
        </w:tc>
      </w:tr>
      <w:tr w:rsidR="00C45D56" w14:paraId="11AA20CD" w14:textId="77777777">
        <w:trPr>
          <w:jc w:val="center"/>
        </w:trPr>
        <w:tc>
          <w:tcPr>
            <w:tcW w:w="567" w:type="dxa"/>
          </w:tcPr>
          <w:p w14:paraId="62F16F1B" w14:textId="77777777" w:rsidR="00C45D56" w:rsidRDefault="00FA58A4">
            <w:r>
              <w:rPr>
                <w:sz w:val="18"/>
              </w:rPr>
              <w:t>10</w:t>
            </w:r>
          </w:p>
        </w:tc>
        <w:tc>
          <w:tcPr>
            <w:tcW w:w="3572" w:type="dxa"/>
          </w:tcPr>
          <w:p w14:paraId="6340423D" w14:textId="77777777" w:rsidR="00C45D56" w:rsidRDefault="00FA58A4">
            <w:r>
              <w:rPr>
                <w:sz w:val="18"/>
              </w:rPr>
              <w:t>PROFI W Держатель ключей WH</w:t>
            </w:r>
          </w:p>
        </w:tc>
        <w:tc>
          <w:tcPr>
            <w:tcW w:w="1134" w:type="dxa"/>
          </w:tcPr>
          <w:p w14:paraId="3339F96D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52228737" w14:textId="77777777" w:rsidR="00C45D56" w:rsidRDefault="00FA58A4">
            <w:r>
              <w:rPr>
                <w:sz w:val="18"/>
              </w:rPr>
              <w:t>Для ключей.</w:t>
            </w:r>
          </w:p>
        </w:tc>
      </w:tr>
      <w:tr w:rsidR="00C45D56" w14:paraId="03635AF3" w14:textId="77777777">
        <w:trPr>
          <w:jc w:val="center"/>
        </w:trPr>
        <w:tc>
          <w:tcPr>
            <w:tcW w:w="567" w:type="dxa"/>
          </w:tcPr>
          <w:p w14:paraId="46B90774" w14:textId="77777777" w:rsidR="00C45D56" w:rsidRDefault="00FA58A4">
            <w:r>
              <w:rPr>
                <w:sz w:val="18"/>
              </w:rPr>
              <w:t>11</w:t>
            </w:r>
          </w:p>
        </w:tc>
        <w:tc>
          <w:tcPr>
            <w:tcW w:w="3572" w:type="dxa"/>
          </w:tcPr>
          <w:p w14:paraId="435FC2B5" w14:textId="77777777" w:rsidR="00C45D56" w:rsidRDefault="00FA58A4">
            <w:r>
              <w:rPr>
                <w:sz w:val="18"/>
              </w:rPr>
              <w:t>PROFI W Держатель для свёрл DN 2–10 мм</w:t>
            </w:r>
          </w:p>
        </w:tc>
        <w:tc>
          <w:tcPr>
            <w:tcW w:w="1134" w:type="dxa"/>
          </w:tcPr>
          <w:p w14:paraId="4BBD843A" w14:textId="77777777" w:rsidR="00C45D56" w:rsidRDefault="00FA58A4">
            <w:r>
              <w:rPr>
                <w:sz w:val="18"/>
              </w:rPr>
              <w:t xml:space="preserve">1 </w:t>
            </w:r>
            <w:r>
              <w:rPr>
                <w:sz w:val="18"/>
              </w:rPr>
              <w:t>шт</w:t>
            </w:r>
          </w:p>
        </w:tc>
        <w:tc>
          <w:tcPr>
            <w:tcW w:w="4025" w:type="dxa"/>
          </w:tcPr>
          <w:p w14:paraId="4086832E" w14:textId="77777777" w:rsidR="00C45D56" w:rsidRDefault="00FA58A4">
            <w:r>
              <w:rPr>
                <w:sz w:val="18"/>
              </w:rPr>
              <w:t>Для свёрл.</w:t>
            </w:r>
          </w:p>
        </w:tc>
      </w:tr>
      <w:tr w:rsidR="00C45D56" w14:paraId="42BE85CE" w14:textId="77777777">
        <w:trPr>
          <w:jc w:val="center"/>
        </w:trPr>
        <w:tc>
          <w:tcPr>
            <w:tcW w:w="567" w:type="dxa"/>
          </w:tcPr>
          <w:p w14:paraId="15A4CA96" w14:textId="77777777" w:rsidR="00C45D56" w:rsidRDefault="00FA58A4">
            <w:r>
              <w:rPr>
                <w:sz w:val="18"/>
              </w:rPr>
              <w:t>12</w:t>
            </w:r>
          </w:p>
        </w:tc>
        <w:tc>
          <w:tcPr>
            <w:tcW w:w="3572" w:type="dxa"/>
          </w:tcPr>
          <w:p w14:paraId="6DFC99B5" w14:textId="77777777" w:rsidR="00C45D56" w:rsidRDefault="00FA58A4">
            <w:r>
              <w:rPr>
                <w:sz w:val="18"/>
              </w:rPr>
              <w:t>PROFI W Крючок HK-4</w:t>
            </w:r>
          </w:p>
        </w:tc>
        <w:tc>
          <w:tcPr>
            <w:tcW w:w="1134" w:type="dxa"/>
          </w:tcPr>
          <w:p w14:paraId="0EA19DF5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69357460" w14:textId="77777777" w:rsidR="00C45D56" w:rsidRDefault="00FA58A4">
            <w:r>
              <w:rPr>
                <w:sz w:val="18"/>
              </w:rPr>
              <w:t>Для навесного хранения.</w:t>
            </w:r>
          </w:p>
        </w:tc>
      </w:tr>
      <w:tr w:rsidR="00C45D56" w14:paraId="27BF411D" w14:textId="77777777">
        <w:trPr>
          <w:jc w:val="center"/>
        </w:trPr>
        <w:tc>
          <w:tcPr>
            <w:tcW w:w="567" w:type="dxa"/>
          </w:tcPr>
          <w:p w14:paraId="221FFE23" w14:textId="77777777" w:rsidR="00C45D56" w:rsidRDefault="00FA58A4">
            <w:r>
              <w:rPr>
                <w:sz w:val="18"/>
              </w:rPr>
              <w:t>13</w:t>
            </w:r>
          </w:p>
        </w:tc>
        <w:tc>
          <w:tcPr>
            <w:tcW w:w="3572" w:type="dxa"/>
          </w:tcPr>
          <w:p w14:paraId="40655770" w14:textId="77777777" w:rsidR="00C45D56" w:rsidRDefault="00FA58A4">
            <w:r>
              <w:rPr>
                <w:sz w:val="18"/>
              </w:rPr>
              <w:t>PROFI W Экран WS-120</w:t>
            </w:r>
          </w:p>
        </w:tc>
        <w:tc>
          <w:tcPr>
            <w:tcW w:w="1134" w:type="dxa"/>
          </w:tcPr>
          <w:p w14:paraId="0AD82B8C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220B54C1" w14:textId="77777777" w:rsidR="00C45D56" w:rsidRDefault="00FA58A4">
            <w:r>
              <w:rPr>
                <w:sz w:val="18"/>
              </w:rPr>
              <w:t>Перфорированный экран.</w:t>
            </w:r>
          </w:p>
        </w:tc>
      </w:tr>
      <w:tr w:rsidR="00C45D56" w14:paraId="6ABE2EF9" w14:textId="77777777">
        <w:trPr>
          <w:jc w:val="center"/>
        </w:trPr>
        <w:tc>
          <w:tcPr>
            <w:tcW w:w="567" w:type="dxa"/>
          </w:tcPr>
          <w:p w14:paraId="6F31B692" w14:textId="77777777" w:rsidR="00C45D56" w:rsidRDefault="00FA58A4">
            <w:r>
              <w:rPr>
                <w:sz w:val="18"/>
              </w:rPr>
              <w:t>14</w:t>
            </w:r>
          </w:p>
        </w:tc>
        <w:tc>
          <w:tcPr>
            <w:tcW w:w="3572" w:type="dxa"/>
          </w:tcPr>
          <w:p w14:paraId="6135F25A" w14:textId="77777777" w:rsidR="00C45D56" w:rsidRDefault="00FA58A4">
            <w:r>
              <w:rPr>
                <w:sz w:val="18"/>
              </w:rPr>
              <w:t>PROFI W Комплект косынок для экранов WS</w:t>
            </w:r>
          </w:p>
        </w:tc>
        <w:tc>
          <w:tcPr>
            <w:tcW w:w="1134" w:type="dxa"/>
          </w:tcPr>
          <w:p w14:paraId="6D9F5583" w14:textId="77777777" w:rsidR="00C45D56" w:rsidRDefault="00FA58A4">
            <w:r>
              <w:rPr>
                <w:sz w:val="18"/>
              </w:rPr>
              <w:t>1 компл</w:t>
            </w:r>
          </w:p>
        </w:tc>
        <w:tc>
          <w:tcPr>
            <w:tcW w:w="4025" w:type="dxa"/>
          </w:tcPr>
          <w:p w14:paraId="14A0753C" w14:textId="77777777" w:rsidR="00C45D56" w:rsidRDefault="00FA58A4">
            <w:r>
              <w:rPr>
                <w:sz w:val="18"/>
              </w:rPr>
              <w:t>Крепление экрана.</w:t>
            </w:r>
          </w:p>
        </w:tc>
      </w:tr>
      <w:tr w:rsidR="00C45D56" w14:paraId="5C5C67ED" w14:textId="77777777">
        <w:trPr>
          <w:jc w:val="center"/>
        </w:trPr>
        <w:tc>
          <w:tcPr>
            <w:tcW w:w="567" w:type="dxa"/>
          </w:tcPr>
          <w:p w14:paraId="1D1CFECB" w14:textId="77777777" w:rsidR="00C45D56" w:rsidRDefault="00FA58A4">
            <w:r>
              <w:rPr>
                <w:sz w:val="18"/>
              </w:rPr>
              <w:t>15</w:t>
            </w:r>
          </w:p>
        </w:tc>
        <w:tc>
          <w:tcPr>
            <w:tcW w:w="3572" w:type="dxa"/>
          </w:tcPr>
          <w:p w14:paraId="7C6780A4" w14:textId="77777777" w:rsidR="00C45D56" w:rsidRDefault="00FA58A4">
            <w:r>
              <w:rPr>
                <w:sz w:val="18"/>
              </w:rPr>
              <w:t>Тележка Garage</w:t>
            </w:r>
          </w:p>
        </w:tc>
        <w:tc>
          <w:tcPr>
            <w:tcW w:w="1134" w:type="dxa"/>
          </w:tcPr>
          <w:p w14:paraId="29BF1E0C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23F07F9D" w14:textId="77777777" w:rsidR="00C45D56" w:rsidRDefault="00FA58A4">
            <w:r>
              <w:rPr>
                <w:sz w:val="18"/>
              </w:rPr>
              <w:t>Передвижная тележка.</w:t>
            </w:r>
          </w:p>
        </w:tc>
      </w:tr>
    </w:tbl>
    <w:p w14:paraId="600BCA49" w14:textId="77777777" w:rsidR="00C45D56" w:rsidRDefault="00C45D56"/>
    <w:p w14:paraId="3F5C2E88" w14:textId="77777777" w:rsidR="00C45D56" w:rsidRDefault="00FA58A4">
      <w:r>
        <w:rPr>
          <w:b/>
        </w:rPr>
        <w:t xml:space="preserve">Текст для </w:t>
      </w:r>
      <w:r>
        <w:rPr>
          <w:b/>
        </w:rPr>
        <w:t>карточки сайта:</w:t>
      </w:r>
    </w:p>
    <w:p w14:paraId="4E71F358" w14:textId="77777777" w:rsidR="00C45D56" w:rsidRDefault="00FA58A4">
      <w:pPr>
        <w:spacing w:after="120"/>
      </w:pPr>
      <w:r>
        <w:t>Готовый комплект для гаража и мастерской: верстак PROFI W, экран с аксессуарами, стеллаж МС, пластиковые ящики и тележка Garage. Подходит для ремонта, хранения инструмента, крепежа, расходников и запчастей.</w:t>
      </w:r>
    </w:p>
    <w:p w14:paraId="04914BF1" w14:textId="77777777" w:rsidR="00C45D56" w:rsidRDefault="00FA58A4">
      <w:r>
        <w:rPr>
          <w:b/>
        </w:rPr>
        <w:t xml:space="preserve">Ссылка/основа для карточки: </w:t>
      </w:r>
      <w:hyperlink r:id="rId17">
        <w:r>
          <w:rPr>
            <w:color w:val="0563C1"/>
            <w:u w:val="single"/>
          </w:rPr>
          <w:t>Открыть пример карточки</w:t>
        </w:r>
      </w:hyperlink>
    </w:p>
    <w:p w14:paraId="551B0F47" w14:textId="77777777" w:rsidR="00C45D56" w:rsidRDefault="00C45D56"/>
    <w:p w14:paraId="0A25EF83" w14:textId="77777777" w:rsidR="00C45D56" w:rsidRDefault="00FA58A4">
      <w:pPr>
        <w:pStyle w:val="21"/>
      </w:pPr>
      <w:r>
        <w:rPr>
          <w:color w:val="1F4E79"/>
        </w:rPr>
        <w:lastRenderedPageBreak/>
        <w:t>5. Готовое решение «Гараж Профи»</w:t>
      </w:r>
    </w:p>
    <w:p w14:paraId="6C622A76" w14:textId="77777777" w:rsidR="00C45D56" w:rsidRDefault="00FA58A4">
      <w:r>
        <w:rPr>
          <w:b/>
        </w:rPr>
        <w:t xml:space="preserve">Ценовой уровень: </w:t>
      </w:r>
      <w:r>
        <w:t xml:space="preserve">Высокий / Профи  |  </w:t>
      </w:r>
      <w:r>
        <w:rPr>
          <w:b/>
        </w:rPr>
        <w:t xml:space="preserve">Ориентир по цене: </w:t>
      </w:r>
      <w:r>
        <w:t>70–120 тыс. ₽</w:t>
      </w:r>
    </w:p>
    <w:p w14:paraId="0D03E1B6" w14:textId="77777777" w:rsidR="00C45D56" w:rsidRDefault="00FA58A4">
      <w:r>
        <w:rPr>
          <w:b/>
        </w:rPr>
        <w:t xml:space="preserve">Задача: </w:t>
      </w:r>
      <w:r>
        <w:t>Собрать полноц</w:t>
      </w:r>
      <w:r>
        <w:t>енную мастерскую для регулярной работы.</w:t>
      </w:r>
    </w:p>
    <w:p w14:paraId="68F6CBDF" w14:textId="77777777" w:rsidR="00C45D56" w:rsidRDefault="00FA58A4">
      <w:r>
        <w:rPr>
          <w:b/>
        </w:rPr>
        <w:t xml:space="preserve">Кому подходит: </w:t>
      </w:r>
      <w:r>
        <w:t>Частная мастерская, гараж, сервис, производство.</w:t>
      </w:r>
    </w:p>
    <w:p w14:paraId="5EF81229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684388F4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6DDD9B2A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69968627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4EA57596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3C9CD927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1E3651B6" w14:textId="77777777">
        <w:trPr>
          <w:jc w:val="center"/>
        </w:trPr>
        <w:tc>
          <w:tcPr>
            <w:tcW w:w="567" w:type="dxa"/>
          </w:tcPr>
          <w:p w14:paraId="01E9E60A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052AC89B" w14:textId="77777777" w:rsidR="00C45D56" w:rsidRDefault="00FA58A4">
            <w:r>
              <w:rPr>
                <w:sz w:val="18"/>
              </w:rPr>
              <w:t>Верстак PROFI W 1600 или 1800 мм</w:t>
            </w:r>
          </w:p>
        </w:tc>
        <w:tc>
          <w:tcPr>
            <w:tcW w:w="1134" w:type="dxa"/>
          </w:tcPr>
          <w:p w14:paraId="555E93EA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285D4BEB" w14:textId="77777777" w:rsidR="00C45D56" w:rsidRDefault="00FA58A4">
            <w:r>
              <w:rPr>
                <w:sz w:val="18"/>
              </w:rPr>
              <w:t>Увеличенная рабочая зона.</w:t>
            </w:r>
          </w:p>
        </w:tc>
      </w:tr>
      <w:tr w:rsidR="00C45D56" w14:paraId="1B3D1921" w14:textId="77777777">
        <w:trPr>
          <w:jc w:val="center"/>
        </w:trPr>
        <w:tc>
          <w:tcPr>
            <w:tcW w:w="567" w:type="dxa"/>
          </w:tcPr>
          <w:p w14:paraId="24E976B4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2B7BAB16" w14:textId="77777777" w:rsidR="00C45D56" w:rsidRDefault="00FA58A4">
            <w:r>
              <w:rPr>
                <w:sz w:val="18"/>
              </w:rPr>
              <w:t>Экран PROFI W</w:t>
            </w:r>
          </w:p>
        </w:tc>
        <w:tc>
          <w:tcPr>
            <w:tcW w:w="1134" w:type="dxa"/>
          </w:tcPr>
          <w:p w14:paraId="425F40B6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5B42582A" w14:textId="77777777" w:rsidR="00C45D56" w:rsidRDefault="00FA58A4">
            <w:r>
              <w:rPr>
                <w:sz w:val="18"/>
              </w:rPr>
              <w:t>Навесное хранение.</w:t>
            </w:r>
          </w:p>
        </w:tc>
      </w:tr>
      <w:tr w:rsidR="00C45D56" w14:paraId="1920671C" w14:textId="77777777">
        <w:trPr>
          <w:jc w:val="center"/>
        </w:trPr>
        <w:tc>
          <w:tcPr>
            <w:tcW w:w="567" w:type="dxa"/>
          </w:tcPr>
          <w:p w14:paraId="11F9C09C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355EEE4C" w14:textId="77777777" w:rsidR="00C45D56" w:rsidRDefault="00FA58A4">
            <w:r>
              <w:rPr>
                <w:sz w:val="18"/>
              </w:rPr>
              <w:t>Косынки для экрана</w:t>
            </w:r>
          </w:p>
        </w:tc>
        <w:tc>
          <w:tcPr>
            <w:tcW w:w="1134" w:type="dxa"/>
          </w:tcPr>
          <w:p w14:paraId="15E8BA58" w14:textId="77777777" w:rsidR="00C45D56" w:rsidRDefault="00FA58A4">
            <w:r>
              <w:rPr>
                <w:sz w:val="18"/>
              </w:rPr>
              <w:t>1 компл</w:t>
            </w:r>
          </w:p>
        </w:tc>
        <w:tc>
          <w:tcPr>
            <w:tcW w:w="4025" w:type="dxa"/>
          </w:tcPr>
          <w:p w14:paraId="1C41888E" w14:textId="77777777" w:rsidR="00C45D56" w:rsidRDefault="00FA58A4">
            <w:r>
              <w:rPr>
                <w:sz w:val="18"/>
              </w:rPr>
              <w:t>Крепление экрана.</w:t>
            </w:r>
          </w:p>
        </w:tc>
      </w:tr>
      <w:tr w:rsidR="00C45D56" w14:paraId="138F4782" w14:textId="77777777">
        <w:trPr>
          <w:jc w:val="center"/>
        </w:trPr>
        <w:tc>
          <w:tcPr>
            <w:tcW w:w="567" w:type="dxa"/>
          </w:tcPr>
          <w:p w14:paraId="0B206781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752F7A87" w14:textId="77777777" w:rsidR="00C45D56" w:rsidRDefault="00FA58A4">
            <w:r>
              <w:rPr>
                <w:sz w:val="18"/>
              </w:rPr>
              <w:t>Тумба WD</w:t>
            </w:r>
          </w:p>
        </w:tc>
        <w:tc>
          <w:tcPr>
            <w:tcW w:w="1134" w:type="dxa"/>
          </w:tcPr>
          <w:p w14:paraId="397C95DD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7B8E0CD5" w14:textId="77777777" w:rsidR="00C45D56" w:rsidRDefault="00FA58A4">
            <w:r>
              <w:rPr>
                <w:sz w:val="18"/>
              </w:rPr>
              <w:t>Хранение инструмента под верстаком.</w:t>
            </w:r>
          </w:p>
        </w:tc>
      </w:tr>
      <w:tr w:rsidR="00C45D56" w14:paraId="4F40E5B5" w14:textId="77777777">
        <w:trPr>
          <w:jc w:val="center"/>
        </w:trPr>
        <w:tc>
          <w:tcPr>
            <w:tcW w:w="567" w:type="dxa"/>
          </w:tcPr>
          <w:p w14:paraId="7AB71114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5C1717B6" w14:textId="77777777" w:rsidR="00C45D56" w:rsidRDefault="00FA58A4">
            <w:r>
              <w:rPr>
                <w:sz w:val="18"/>
              </w:rPr>
              <w:t>Полка, держатели и крючки</w:t>
            </w:r>
          </w:p>
        </w:tc>
        <w:tc>
          <w:tcPr>
            <w:tcW w:w="1134" w:type="dxa"/>
          </w:tcPr>
          <w:p w14:paraId="7CF58D3C" w14:textId="77777777" w:rsidR="00C45D56" w:rsidRDefault="00FA58A4">
            <w:r>
              <w:rPr>
                <w:sz w:val="18"/>
              </w:rPr>
              <w:t>комплект</w:t>
            </w:r>
          </w:p>
        </w:tc>
        <w:tc>
          <w:tcPr>
            <w:tcW w:w="4025" w:type="dxa"/>
          </w:tcPr>
          <w:p w14:paraId="73383B1E" w14:textId="77777777" w:rsidR="00C45D56" w:rsidRDefault="00FA58A4">
            <w:r>
              <w:rPr>
                <w:sz w:val="18"/>
              </w:rPr>
              <w:t>Организация инструмента на экране.</w:t>
            </w:r>
          </w:p>
        </w:tc>
      </w:tr>
      <w:tr w:rsidR="00C45D56" w14:paraId="34E30CEC" w14:textId="77777777">
        <w:trPr>
          <w:jc w:val="center"/>
        </w:trPr>
        <w:tc>
          <w:tcPr>
            <w:tcW w:w="567" w:type="dxa"/>
          </w:tcPr>
          <w:p w14:paraId="07B93BAE" w14:textId="77777777" w:rsidR="00C45D56" w:rsidRDefault="00FA58A4">
            <w:r>
              <w:rPr>
                <w:sz w:val="18"/>
              </w:rPr>
              <w:t>6</w:t>
            </w:r>
          </w:p>
        </w:tc>
        <w:tc>
          <w:tcPr>
            <w:tcW w:w="3572" w:type="dxa"/>
          </w:tcPr>
          <w:p w14:paraId="68333D67" w14:textId="77777777" w:rsidR="00C45D56" w:rsidRDefault="00FA58A4">
            <w:r>
              <w:rPr>
                <w:sz w:val="18"/>
              </w:rPr>
              <w:t>Стеллаж МС-Т до 300 кг на полку</w:t>
            </w:r>
          </w:p>
        </w:tc>
        <w:tc>
          <w:tcPr>
            <w:tcW w:w="1134" w:type="dxa"/>
          </w:tcPr>
          <w:p w14:paraId="10C7854B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51513ECD" w14:textId="77777777" w:rsidR="00C45D56" w:rsidRDefault="00FA58A4">
            <w:r>
              <w:rPr>
                <w:sz w:val="18"/>
              </w:rPr>
              <w:t xml:space="preserve">Для тяжёлого </w:t>
            </w:r>
            <w:r>
              <w:rPr>
                <w:sz w:val="18"/>
              </w:rPr>
              <w:t>хранения.</w:t>
            </w:r>
          </w:p>
        </w:tc>
      </w:tr>
      <w:tr w:rsidR="00C45D56" w14:paraId="731C7D49" w14:textId="77777777">
        <w:trPr>
          <w:jc w:val="center"/>
        </w:trPr>
        <w:tc>
          <w:tcPr>
            <w:tcW w:w="567" w:type="dxa"/>
          </w:tcPr>
          <w:p w14:paraId="05739A65" w14:textId="77777777" w:rsidR="00C45D56" w:rsidRDefault="00FA58A4">
            <w:r>
              <w:rPr>
                <w:sz w:val="18"/>
              </w:rPr>
              <w:t>7</w:t>
            </w:r>
          </w:p>
        </w:tc>
        <w:tc>
          <w:tcPr>
            <w:tcW w:w="3572" w:type="dxa"/>
          </w:tcPr>
          <w:p w14:paraId="3EF6D44E" w14:textId="77777777" w:rsidR="00C45D56" w:rsidRDefault="00FA58A4">
            <w:r>
              <w:rPr>
                <w:sz w:val="18"/>
              </w:rPr>
              <w:t>Тележка Garage или WDS</w:t>
            </w:r>
          </w:p>
        </w:tc>
        <w:tc>
          <w:tcPr>
            <w:tcW w:w="1134" w:type="dxa"/>
          </w:tcPr>
          <w:p w14:paraId="1E3B9658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6F0377EC" w14:textId="77777777" w:rsidR="00C45D56" w:rsidRDefault="00FA58A4">
            <w:r>
              <w:rPr>
                <w:sz w:val="18"/>
              </w:rPr>
              <w:t>Мобильная рабочая зона.</w:t>
            </w:r>
          </w:p>
        </w:tc>
      </w:tr>
      <w:tr w:rsidR="00C45D56" w14:paraId="076D59A9" w14:textId="77777777">
        <w:trPr>
          <w:jc w:val="center"/>
        </w:trPr>
        <w:tc>
          <w:tcPr>
            <w:tcW w:w="567" w:type="dxa"/>
          </w:tcPr>
          <w:p w14:paraId="26FF50BB" w14:textId="77777777" w:rsidR="00C45D56" w:rsidRDefault="00FA58A4">
            <w:r>
              <w:rPr>
                <w:sz w:val="18"/>
              </w:rPr>
              <w:t>8</w:t>
            </w:r>
          </w:p>
        </w:tc>
        <w:tc>
          <w:tcPr>
            <w:tcW w:w="3572" w:type="dxa"/>
          </w:tcPr>
          <w:p w14:paraId="2BC8EF79" w14:textId="77777777" w:rsidR="00C45D56" w:rsidRDefault="00FA58A4">
            <w:r>
              <w:rPr>
                <w:sz w:val="18"/>
              </w:rPr>
              <w:t>Пластиковые ящики</w:t>
            </w:r>
          </w:p>
        </w:tc>
        <w:tc>
          <w:tcPr>
            <w:tcW w:w="1134" w:type="dxa"/>
          </w:tcPr>
          <w:p w14:paraId="5697D11E" w14:textId="77777777" w:rsidR="00C45D56" w:rsidRDefault="00FA58A4">
            <w:r>
              <w:rPr>
                <w:sz w:val="18"/>
              </w:rPr>
              <w:t>6–10 шт</w:t>
            </w:r>
          </w:p>
        </w:tc>
        <w:tc>
          <w:tcPr>
            <w:tcW w:w="4025" w:type="dxa"/>
          </w:tcPr>
          <w:p w14:paraId="193E55C6" w14:textId="77777777" w:rsidR="00C45D56" w:rsidRDefault="00FA58A4">
            <w:r>
              <w:rPr>
                <w:sz w:val="18"/>
              </w:rPr>
              <w:t>Для сортировки крепежа и деталей.</w:t>
            </w:r>
          </w:p>
        </w:tc>
      </w:tr>
    </w:tbl>
    <w:p w14:paraId="09155BE0" w14:textId="77777777" w:rsidR="00C45D56" w:rsidRDefault="00C45D56"/>
    <w:p w14:paraId="13724BB0" w14:textId="77777777" w:rsidR="00C45D56" w:rsidRDefault="00FA58A4">
      <w:r>
        <w:rPr>
          <w:b/>
        </w:rPr>
        <w:t>Текст для карточки сайта:</w:t>
      </w:r>
    </w:p>
    <w:p w14:paraId="22CE51F7" w14:textId="77777777" w:rsidR="00C45D56" w:rsidRDefault="00FA58A4">
      <w:pPr>
        <w:spacing w:after="120"/>
      </w:pPr>
      <w:r>
        <w:t xml:space="preserve">Расширенный комплект для тех, кто часто работает в гараже или мастерской. В набор входит </w:t>
      </w:r>
      <w:r>
        <w:t>усиленное рабочее место, тумба для инструмента, экран с аксессуарами, грузовой стеллаж и передвижная тележка.</w:t>
      </w:r>
    </w:p>
    <w:p w14:paraId="602B3EF4" w14:textId="77777777" w:rsidR="00C45D56" w:rsidRDefault="00FA58A4">
      <w:r>
        <w:rPr>
          <w:b/>
        </w:rPr>
        <w:t xml:space="preserve">Ссылка/основа для карточки: </w:t>
      </w:r>
      <w:hyperlink r:id="rId18">
        <w:r>
          <w:rPr>
            <w:color w:val="0563C1"/>
            <w:u w:val="single"/>
          </w:rPr>
          <w:t>Верстаки PROFI W</w:t>
        </w:r>
      </w:hyperlink>
    </w:p>
    <w:p w14:paraId="761B08C1" w14:textId="77777777" w:rsidR="00C45D56" w:rsidRDefault="00C45D56"/>
    <w:p w14:paraId="062BC675" w14:textId="77777777" w:rsidR="00C45D56" w:rsidRDefault="00FA58A4">
      <w:r>
        <w:br w:type="page"/>
      </w:r>
    </w:p>
    <w:p w14:paraId="5869312C" w14:textId="77777777" w:rsidR="00C45D56" w:rsidRDefault="00FA58A4">
      <w:pPr>
        <w:pStyle w:val="1"/>
      </w:pPr>
      <w:r>
        <w:rPr>
          <w:color w:val="1F4E79"/>
        </w:rPr>
        <w:lastRenderedPageBreak/>
        <w:t>Комплек</w:t>
      </w:r>
      <w:r>
        <w:rPr>
          <w:color w:val="1F4E79"/>
        </w:rPr>
        <w:t>ты для склада</w:t>
      </w:r>
    </w:p>
    <w:p w14:paraId="56904770" w14:textId="77777777" w:rsidR="00C45D56" w:rsidRDefault="00FA58A4">
      <w:pPr>
        <w:pStyle w:val="21"/>
      </w:pPr>
      <w:r>
        <w:rPr>
          <w:color w:val="1F4E79"/>
        </w:rPr>
        <w:t>6. Готовое решение «Склад Старт»</w:t>
      </w:r>
    </w:p>
    <w:p w14:paraId="78118773" w14:textId="77777777" w:rsidR="00C45D56" w:rsidRDefault="00FA58A4">
      <w:r>
        <w:rPr>
          <w:b/>
        </w:rPr>
        <w:t xml:space="preserve">Ценовой уровень: </w:t>
      </w:r>
      <w:r>
        <w:t xml:space="preserve">Эконом / Старт  |  </w:t>
      </w:r>
      <w:r>
        <w:rPr>
          <w:b/>
        </w:rPr>
        <w:t xml:space="preserve">Ориентир по цене: </w:t>
      </w:r>
      <w:r>
        <w:t>до 20 тыс. ₽</w:t>
      </w:r>
    </w:p>
    <w:p w14:paraId="538638F8" w14:textId="77777777" w:rsidR="00C45D56" w:rsidRDefault="00FA58A4">
      <w:r>
        <w:rPr>
          <w:b/>
        </w:rPr>
        <w:t xml:space="preserve">Задача: </w:t>
      </w:r>
      <w:r>
        <w:t>Организовать хранение коробок, документов, расходников и небольшого товара.</w:t>
      </w:r>
    </w:p>
    <w:p w14:paraId="5F44550A" w14:textId="77777777" w:rsidR="00C45D56" w:rsidRDefault="00FA58A4">
      <w:r>
        <w:rPr>
          <w:b/>
        </w:rPr>
        <w:t xml:space="preserve">Кому подходит: </w:t>
      </w:r>
      <w:r>
        <w:t xml:space="preserve">Офисный склад, подсобка, ПВЗ, </w:t>
      </w:r>
      <w:r>
        <w:t>магазин, архив.</w:t>
      </w:r>
    </w:p>
    <w:p w14:paraId="5B7F3D65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7FE8245F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3B632096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64E5EC9D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63B31FDF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69DA89DF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57FDB0B4" w14:textId="77777777">
        <w:trPr>
          <w:jc w:val="center"/>
        </w:trPr>
        <w:tc>
          <w:tcPr>
            <w:tcW w:w="567" w:type="dxa"/>
          </w:tcPr>
          <w:p w14:paraId="07C85417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2B4EA856" w14:textId="77777777" w:rsidR="00C45D56" w:rsidRDefault="00FA58A4">
            <w:r>
              <w:rPr>
                <w:sz w:val="18"/>
              </w:rPr>
              <w:t>Стеллаж МС 2000 мм</w:t>
            </w:r>
          </w:p>
        </w:tc>
        <w:tc>
          <w:tcPr>
            <w:tcW w:w="1134" w:type="dxa"/>
          </w:tcPr>
          <w:p w14:paraId="039CA4A4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2B64E04D" w14:textId="77777777" w:rsidR="00C45D56" w:rsidRDefault="00FA58A4">
            <w:r>
              <w:rPr>
                <w:sz w:val="18"/>
              </w:rPr>
              <w:t>Основное хранение.</w:t>
            </w:r>
          </w:p>
        </w:tc>
      </w:tr>
      <w:tr w:rsidR="00C45D56" w14:paraId="789A576C" w14:textId="77777777">
        <w:trPr>
          <w:jc w:val="center"/>
        </w:trPr>
        <w:tc>
          <w:tcPr>
            <w:tcW w:w="567" w:type="dxa"/>
          </w:tcPr>
          <w:p w14:paraId="3A70D537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15B06112" w14:textId="77777777" w:rsidR="00C45D56" w:rsidRDefault="00FA58A4">
            <w:r>
              <w:rPr>
                <w:sz w:val="18"/>
              </w:rPr>
              <w:t>Полки МС до 100 кг</w:t>
            </w:r>
          </w:p>
        </w:tc>
        <w:tc>
          <w:tcPr>
            <w:tcW w:w="1134" w:type="dxa"/>
          </w:tcPr>
          <w:p w14:paraId="2A88AAF5" w14:textId="77777777" w:rsidR="00C45D56" w:rsidRDefault="00FA58A4">
            <w:r>
              <w:rPr>
                <w:sz w:val="18"/>
              </w:rPr>
              <w:t>4–5 шт</w:t>
            </w:r>
          </w:p>
        </w:tc>
        <w:tc>
          <w:tcPr>
            <w:tcW w:w="4025" w:type="dxa"/>
          </w:tcPr>
          <w:p w14:paraId="5813546A" w14:textId="77777777" w:rsidR="00C45D56" w:rsidRDefault="00FA58A4">
            <w:r>
              <w:rPr>
                <w:sz w:val="18"/>
              </w:rPr>
              <w:t>Для коробок и товара.</w:t>
            </w:r>
          </w:p>
        </w:tc>
      </w:tr>
      <w:tr w:rsidR="00C45D56" w14:paraId="428A02FD" w14:textId="77777777">
        <w:trPr>
          <w:jc w:val="center"/>
        </w:trPr>
        <w:tc>
          <w:tcPr>
            <w:tcW w:w="567" w:type="dxa"/>
          </w:tcPr>
          <w:p w14:paraId="5418C02C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54912E3A" w14:textId="77777777" w:rsidR="00C45D56" w:rsidRDefault="00FA58A4">
            <w:r>
              <w:rPr>
                <w:sz w:val="18"/>
              </w:rPr>
              <w:t>Пластиковые ящики</w:t>
            </w:r>
          </w:p>
        </w:tc>
        <w:tc>
          <w:tcPr>
            <w:tcW w:w="1134" w:type="dxa"/>
          </w:tcPr>
          <w:p w14:paraId="60A74388" w14:textId="77777777" w:rsidR="00C45D56" w:rsidRDefault="00FA58A4">
            <w:r>
              <w:rPr>
                <w:sz w:val="18"/>
              </w:rPr>
              <w:t>4 шт</w:t>
            </w:r>
          </w:p>
        </w:tc>
        <w:tc>
          <w:tcPr>
            <w:tcW w:w="4025" w:type="dxa"/>
          </w:tcPr>
          <w:p w14:paraId="0BD697CB" w14:textId="77777777" w:rsidR="00C45D56" w:rsidRDefault="00FA58A4">
            <w:r>
              <w:rPr>
                <w:sz w:val="18"/>
              </w:rPr>
              <w:t>Для мелких позиций.</w:t>
            </w:r>
          </w:p>
        </w:tc>
      </w:tr>
      <w:tr w:rsidR="00C45D56" w14:paraId="6D550BD3" w14:textId="77777777">
        <w:trPr>
          <w:jc w:val="center"/>
        </w:trPr>
        <w:tc>
          <w:tcPr>
            <w:tcW w:w="567" w:type="dxa"/>
          </w:tcPr>
          <w:p w14:paraId="43A17F3F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259B7DD6" w14:textId="77777777" w:rsidR="00C45D56" w:rsidRDefault="00FA58A4">
            <w:r>
              <w:rPr>
                <w:sz w:val="18"/>
              </w:rPr>
              <w:t>Маркировка/наклейки</w:t>
            </w:r>
          </w:p>
        </w:tc>
        <w:tc>
          <w:tcPr>
            <w:tcW w:w="1134" w:type="dxa"/>
          </w:tcPr>
          <w:p w14:paraId="59374E70" w14:textId="77777777" w:rsidR="00C45D56" w:rsidRDefault="00FA58A4">
            <w:r>
              <w:rPr>
                <w:sz w:val="18"/>
              </w:rPr>
              <w:t>опция</w:t>
            </w:r>
          </w:p>
        </w:tc>
        <w:tc>
          <w:tcPr>
            <w:tcW w:w="4025" w:type="dxa"/>
          </w:tcPr>
          <w:p w14:paraId="39C8F468" w14:textId="77777777" w:rsidR="00C45D56" w:rsidRDefault="00FA58A4">
            <w:r>
              <w:rPr>
                <w:sz w:val="18"/>
              </w:rPr>
              <w:t xml:space="preserve">Для </w:t>
            </w:r>
            <w:r>
              <w:rPr>
                <w:sz w:val="18"/>
              </w:rPr>
              <w:t>подписей на полках.</w:t>
            </w:r>
          </w:p>
        </w:tc>
      </w:tr>
    </w:tbl>
    <w:p w14:paraId="72B399E1" w14:textId="77777777" w:rsidR="00C45D56" w:rsidRDefault="00C45D56"/>
    <w:p w14:paraId="6F23533B" w14:textId="77777777" w:rsidR="00C45D56" w:rsidRDefault="00FA58A4">
      <w:r>
        <w:rPr>
          <w:b/>
        </w:rPr>
        <w:t>Текст для карточки сайта:</w:t>
      </w:r>
    </w:p>
    <w:p w14:paraId="393D006F" w14:textId="77777777" w:rsidR="00C45D56" w:rsidRDefault="00FA58A4">
      <w:pPr>
        <w:spacing w:after="120"/>
      </w:pPr>
      <w:r>
        <w:t>Базовый комплект для небольшого склада, подсобки, офиса или магазина. Помогает быстро организовать хранение товара, коробок, документов и расходников.</w:t>
      </w:r>
    </w:p>
    <w:p w14:paraId="744681DB" w14:textId="77777777" w:rsidR="00C45D56" w:rsidRDefault="00FA58A4">
      <w:r>
        <w:rPr>
          <w:b/>
        </w:rPr>
        <w:t xml:space="preserve">Ссылка/основа для карточки: </w:t>
      </w:r>
      <w:hyperlink r:id="rId19">
        <w:r>
          <w:rPr>
            <w:color w:val="0563C1"/>
            <w:u w:val="single"/>
          </w:rPr>
          <w:t>Стеллажи металлические</w:t>
        </w:r>
      </w:hyperlink>
    </w:p>
    <w:p w14:paraId="4FF09F1A" w14:textId="77777777" w:rsidR="00C45D56" w:rsidRDefault="00C45D56"/>
    <w:p w14:paraId="5D147BB0" w14:textId="77777777" w:rsidR="00C45D56" w:rsidRDefault="00FA58A4">
      <w:pPr>
        <w:pStyle w:val="21"/>
      </w:pPr>
      <w:r>
        <w:rPr>
          <w:color w:val="1F4E79"/>
        </w:rPr>
        <w:t>7. Готовое решение «Складской порядок»</w:t>
      </w:r>
    </w:p>
    <w:p w14:paraId="75DA0792" w14:textId="77777777" w:rsidR="00C45D56" w:rsidRDefault="00FA58A4">
      <w:r>
        <w:rPr>
          <w:b/>
        </w:rPr>
        <w:t xml:space="preserve">Ценовой уровень: </w:t>
      </w:r>
      <w:r>
        <w:t xml:space="preserve">Средний / Оптимальный  |  </w:t>
      </w:r>
      <w:r>
        <w:rPr>
          <w:b/>
        </w:rPr>
        <w:t xml:space="preserve">Ориентир по цене: </w:t>
      </w:r>
      <w:r>
        <w:t>30–60 тыс. ₽</w:t>
      </w:r>
    </w:p>
    <w:p w14:paraId="486156D0" w14:textId="77777777" w:rsidR="00C45D56" w:rsidRDefault="00FA58A4">
      <w:r>
        <w:rPr>
          <w:b/>
        </w:rPr>
        <w:t xml:space="preserve">Задача: </w:t>
      </w:r>
      <w:r>
        <w:t>Разделить склад на зоны и ускорить поиск нужных позиций.</w:t>
      </w:r>
    </w:p>
    <w:p w14:paraId="594C3D42" w14:textId="77777777" w:rsidR="00C45D56" w:rsidRDefault="00FA58A4">
      <w:r>
        <w:rPr>
          <w:b/>
        </w:rPr>
        <w:t xml:space="preserve">Кому подходит: </w:t>
      </w:r>
      <w:r>
        <w:t>Ма</w:t>
      </w:r>
      <w:r>
        <w:t>газин, ПВЗ, подсобка, небольшой склад организации.</w:t>
      </w:r>
    </w:p>
    <w:p w14:paraId="5CD6E2B1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06E9A083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3AC398B6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7CC653FB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5F90CA87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50B6911B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7004FA60" w14:textId="77777777">
        <w:trPr>
          <w:jc w:val="center"/>
        </w:trPr>
        <w:tc>
          <w:tcPr>
            <w:tcW w:w="567" w:type="dxa"/>
          </w:tcPr>
          <w:p w14:paraId="4BBF840D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0D39C4FC" w14:textId="77777777" w:rsidR="00C45D56" w:rsidRDefault="00FA58A4">
            <w:r>
              <w:rPr>
                <w:sz w:val="18"/>
              </w:rPr>
              <w:t>Стеллаж МС 2000 мм</w:t>
            </w:r>
          </w:p>
        </w:tc>
        <w:tc>
          <w:tcPr>
            <w:tcW w:w="1134" w:type="dxa"/>
          </w:tcPr>
          <w:p w14:paraId="7C46BE5A" w14:textId="77777777" w:rsidR="00C45D56" w:rsidRDefault="00FA58A4">
            <w:r>
              <w:rPr>
                <w:sz w:val="18"/>
              </w:rPr>
              <w:t>2 шт</w:t>
            </w:r>
          </w:p>
        </w:tc>
        <w:tc>
          <w:tcPr>
            <w:tcW w:w="4025" w:type="dxa"/>
          </w:tcPr>
          <w:p w14:paraId="4101757C" w14:textId="77777777" w:rsidR="00C45D56" w:rsidRDefault="00FA58A4">
            <w:r>
              <w:rPr>
                <w:sz w:val="18"/>
              </w:rPr>
              <w:t>Две зоны хранения.</w:t>
            </w:r>
          </w:p>
        </w:tc>
      </w:tr>
      <w:tr w:rsidR="00C45D56" w14:paraId="7FE7F576" w14:textId="77777777">
        <w:trPr>
          <w:jc w:val="center"/>
        </w:trPr>
        <w:tc>
          <w:tcPr>
            <w:tcW w:w="567" w:type="dxa"/>
          </w:tcPr>
          <w:p w14:paraId="0A061709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26AE65F3" w14:textId="77777777" w:rsidR="00C45D56" w:rsidRDefault="00FA58A4">
            <w:r>
              <w:rPr>
                <w:sz w:val="18"/>
              </w:rPr>
              <w:t>Полки МС</w:t>
            </w:r>
          </w:p>
        </w:tc>
        <w:tc>
          <w:tcPr>
            <w:tcW w:w="1134" w:type="dxa"/>
          </w:tcPr>
          <w:p w14:paraId="0B89DF2A" w14:textId="77777777" w:rsidR="00C45D56" w:rsidRDefault="00FA58A4">
            <w:r>
              <w:rPr>
                <w:sz w:val="18"/>
              </w:rPr>
              <w:t>8–10 шт</w:t>
            </w:r>
          </w:p>
        </w:tc>
        <w:tc>
          <w:tcPr>
            <w:tcW w:w="4025" w:type="dxa"/>
          </w:tcPr>
          <w:p w14:paraId="43431776" w14:textId="77777777" w:rsidR="00C45D56" w:rsidRDefault="00FA58A4">
            <w:r>
              <w:rPr>
                <w:sz w:val="18"/>
              </w:rPr>
              <w:t>Для товара и коробок.</w:t>
            </w:r>
          </w:p>
        </w:tc>
      </w:tr>
      <w:tr w:rsidR="00C45D56" w14:paraId="57FB9CAF" w14:textId="77777777">
        <w:trPr>
          <w:jc w:val="center"/>
        </w:trPr>
        <w:tc>
          <w:tcPr>
            <w:tcW w:w="567" w:type="dxa"/>
          </w:tcPr>
          <w:p w14:paraId="00C0A9C8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7A3DFF25" w14:textId="77777777" w:rsidR="00C45D56" w:rsidRDefault="00FA58A4">
            <w:r>
              <w:rPr>
                <w:sz w:val="18"/>
              </w:rPr>
              <w:t>Ящики пластиковые V</w:t>
            </w:r>
          </w:p>
        </w:tc>
        <w:tc>
          <w:tcPr>
            <w:tcW w:w="1134" w:type="dxa"/>
          </w:tcPr>
          <w:p w14:paraId="37723610" w14:textId="77777777" w:rsidR="00C45D56" w:rsidRDefault="00FA58A4">
            <w:r>
              <w:rPr>
                <w:sz w:val="18"/>
              </w:rPr>
              <w:t>8–12 шт</w:t>
            </w:r>
          </w:p>
        </w:tc>
        <w:tc>
          <w:tcPr>
            <w:tcW w:w="4025" w:type="dxa"/>
          </w:tcPr>
          <w:p w14:paraId="3390E05A" w14:textId="77777777" w:rsidR="00C45D56" w:rsidRDefault="00FA58A4">
            <w:r>
              <w:rPr>
                <w:sz w:val="18"/>
              </w:rPr>
              <w:t>Для мелких позиций.</w:t>
            </w:r>
          </w:p>
        </w:tc>
      </w:tr>
      <w:tr w:rsidR="00C45D56" w14:paraId="73BE6E9D" w14:textId="77777777">
        <w:trPr>
          <w:jc w:val="center"/>
        </w:trPr>
        <w:tc>
          <w:tcPr>
            <w:tcW w:w="567" w:type="dxa"/>
          </w:tcPr>
          <w:p w14:paraId="6AB6C40E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008C4F2A" w14:textId="77777777" w:rsidR="00C45D56" w:rsidRDefault="00FA58A4">
            <w:r>
              <w:rPr>
                <w:sz w:val="18"/>
              </w:rPr>
              <w:t>Тележка Garage или платформенная</w:t>
            </w:r>
          </w:p>
        </w:tc>
        <w:tc>
          <w:tcPr>
            <w:tcW w:w="1134" w:type="dxa"/>
          </w:tcPr>
          <w:p w14:paraId="21C5BE53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3A23353E" w14:textId="77777777" w:rsidR="00C45D56" w:rsidRDefault="00FA58A4">
            <w:r>
              <w:rPr>
                <w:sz w:val="18"/>
              </w:rPr>
              <w:t>Для перемещения товара.</w:t>
            </w:r>
          </w:p>
        </w:tc>
      </w:tr>
      <w:tr w:rsidR="00C45D56" w14:paraId="3835147F" w14:textId="77777777">
        <w:trPr>
          <w:jc w:val="center"/>
        </w:trPr>
        <w:tc>
          <w:tcPr>
            <w:tcW w:w="567" w:type="dxa"/>
          </w:tcPr>
          <w:p w14:paraId="6BA67285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6B845153" w14:textId="77777777" w:rsidR="00C45D56" w:rsidRDefault="00FA58A4">
            <w:r>
              <w:rPr>
                <w:sz w:val="18"/>
              </w:rPr>
              <w:t>Таблички/маркировка</w:t>
            </w:r>
          </w:p>
        </w:tc>
        <w:tc>
          <w:tcPr>
            <w:tcW w:w="1134" w:type="dxa"/>
          </w:tcPr>
          <w:p w14:paraId="4E30C47A" w14:textId="77777777" w:rsidR="00C45D56" w:rsidRDefault="00FA58A4">
            <w:r>
              <w:rPr>
                <w:sz w:val="18"/>
              </w:rPr>
              <w:t>опция</w:t>
            </w:r>
          </w:p>
        </w:tc>
        <w:tc>
          <w:tcPr>
            <w:tcW w:w="4025" w:type="dxa"/>
          </w:tcPr>
          <w:p w14:paraId="3FEE68BE" w14:textId="77777777" w:rsidR="00C45D56" w:rsidRDefault="00FA58A4">
            <w:r>
              <w:rPr>
                <w:sz w:val="18"/>
              </w:rPr>
              <w:t>Для быстрой навигации.</w:t>
            </w:r>
          </w:p>
        </w:tc>
      </w:tr>
    </w:tbl>
    <w:p w14:paraId="67600CF3" w14:textId="77777777" w:rsidR="00C45D56" w:rsidRDefault="00C45D56"/>
    <w:p w14:paraId="6ADDA4AF" w14:textId="77777777" w:rsidR="00C45D56" w:rsidRDefault="00FA58A4">
      <w:r>
        <w:rPr>
          <w:b/>
        </w:rPr>
        <w:t>Текст для карточки сайта:</w:t>
      </w:r>
    </w:p>
    <w:p w14:paraId="5403C8AE" w14:textId="77777777" w:rsidR="00C45D56" w:rsidRDefault="00FA58A4">
      <w:pPr>
        <w:spacing w:after="120"/>
      </w:pPr>
      <w:r>
        <w:t>Комплект для организации небольшого склада, ПВЗ, подсобного помещения или магазина. В набор входят стеллажи, пласт</w:t>
      </w:r>
      <w:r>
        <w:t>иковые ящики и тележка для удобной работы с товаром.</w:t>
      </w:r>
    </w:p>
    <w:p w14:paraId="3036A5D6" w14:textId="77777777" w:rsidR="00C45D56" w:rsidRDefault="00FA58A4">
      <w:r>
        <w:rPr>
          <w:b/>
        </w:rPr>
        <w:t xml:space="preserve">Ссылка/основа для карточки: </w:t>
      </w:r>
      <w:hyperlink r:id="rId20">
        <w:r>
          <w:rPr>
            <w:color w:val="0563C1"/>
            <w:u w:val="single"/>
          </w:rPr>
          <w:t>Пластиковые ящики</w:t>
        </w:r>
      </w:hyperlink>
    </w:p>
    <w:p w14:paraId="3B84C86D" w14:textId="77777777" w:rsidR="00C45D56" w:rsidRDefault="00C45D56"/>
    <w:p w14:paraId="7009D496" w14:textId="77777777" w:rsidR="00C45D56" w:rsidRDefault="00FA58A4">
      <w:pPr>
        <w:pStyle w:val="21"/>
      </w:pPr>
      <w:r>
        <w:rPr>
          <w:color w:val="1F4E79"/>
        </w:rPr>
        <w:t>8. Готовое решение «Склад для магазина»</w:t>
      </w:r>
    </w:p>
    <w:p w14:paraId="442D7A46" w14:textId="77777777" w:rsidR="00C45D56" w:rsidRDefault="00FA58A4">
      <w:r>
        <w:rPr>
          <w:b/>
        </w:rPr>
        <w:t xml:space="preserve">Ценовой уровень: </w:t>
      </w:r>
      <w:r>
        <w:t xml:space="preserve">Средний+ / </w:t>
      </w:r>
      <w:r>
        <w:t xml:space="preserve">Оптимальный  |  </w:t>
      </w:r>
      <w:r>
        <w:rPr>
          <w:b/>
        </w:rPr>
        <w:t xml:space="preserve">Ориентир по цене: </w:t>
      </w:r>
      <w:r>
        <w:t>60–100 тыс. ₽</w:t>
      </w:r>
    </w:p>
    <w:p w14:paraId="1FB8ABF8" w14:textId="77777777" w:rsidR="00C45D56" w:rsidRDefault="00FA58A4">
      <w:r>
        <w:rPr>
          <w:b/>
        </w:rPr>
        <w:t xml:space="preserve">Задача: </w:t>
      </w:r>
      <w:r>
        <w:t>Собрать подсобку магазина: товар, документы, расходники и зона приёмки.</w:t>
      </w:r>
    </w:p>
    <w:p w14:paraId="0AAA0916" w14:textId="77777777" w:rsidR="00C45D56" w:rsidRDefault="00FA58A4">
      <w:r>
        <w:rPr>
          <w:b/>
        </w:rPr>
        <w:t xml:space="preserve">Кому подходит: </w:t>
      </w:r>
      <w:r>
        <w:t>Розничный магазин, пункт выдачи, небольшой оптовый склад.</w:t>
      </w:r>
    </w:p>
    <w:p w14:paraId="382B491D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1C4D1631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6FA0B93F" w14:textId="77777777" w:rsidR="00C45D56" w:rsidRDefault="00FA58A4">
            <w:r>
              <w:rPr>
                <w:b/>
                <w:color w:val="FFFFFF"/>
                <w:sz w:val="18"/>
              </w:rPr>
              <w:lastRenderedPageBreak/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03EF8C51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17E6BE98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0A2A856B" w14:textId="77777777" w:rsidR="00C45D56" w:rsidRDefault="00FA58A4">
            <w:r>
              <w:rPr>
                <w:b/>
                <w:color w:val="FFFFFF"/>
                <w:sz w:val="18"/>
              </w:rPr>
              <w:t xml:space="preserve">Зачем </w:t>
            </w:r>
            <w:r>
              <w:rPr>
                <w:b/>
                <w:color w:val="FFFFFF"/>
                <w:sz w:val="18"/>
              </w:rPr>
              <w:t>нужна</w:t>
            </w:r>
          </w:p>
        </w:tc>
      </w:tr>
      <w:tr w:rsidR="00C45D56" w14:paraId="3125431A" w14:textId="77777777">
        <w:trPr>
          <w:jc w:val="center"/>
        </w:trPr>
        <w:tc>
          <w:tcPr>
            <w:tcW w:w="567" w:type="dxa"/>
          </w:tcPr>
          <w:p w14:paraId="545911BE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780A8BD9" w14:textId="77777777" w:rsidR="00C45D56" w:rsidRDefault="00FA58A4">
            <w:r>
              <w:rPr>
                <w:sz w:val="18"/>
              </w:rPr>
              <w:t>Стеллаж МС или MS U</w:t>
            </w:r>
          </w:p>
        </w:tc>
        <w:tc>
          <w:tcPr>
            <w:tcW w:w="1134" w:type="dxa"/>
          </w:tcPr>
          <w:p w14:paraId="47A3FE44" w14:textId="77777777" w:rsidR="00C45D56" w:rsidRDefault="00FA58A4">
            <w:r>
              <w:rPr>
                <w:sz w:val="18"/>
              </w:rPr>
              <w:t>2 шт</w:t>
            </w:r>
          </w:p>
        </w:tc>
        <w:tc>
          <w:tcPr>
            <w:tcW w:w="4025" w:type="dxa"/>
          </w:tcPr>
          <w:p w14:paraId="795E490C" w14:textId="77777777" w:rsidR="00C45D56" w:rsidRDefault="00FA58A4">
            <w:r>
              <w:rPr>
                <w:sz w:val="18"/>
              </w:rPr>
              <w:t>Для товара и коробок.</w:t>
            </w:r>
          </w:p>
        </w:tc>
      </w:tr>
      <w:tr w:rsidR="00C45D56" w14:paraId="1964545C" w14:textId="77777777">
        <w:trPr>
          <w:jc w:val="center"/>
        </w:trPr>
        <w:tc>
          <w:tcPr>
            <w:tcW w:w="567" w:type="dxa"/>
          </w:tcPr>
          <w:p w14:paraId="7D8C0C17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00B8D1C9" w14:textId="77777777" w:rsidR="00C45D56" w:rsidRDefault="00FA58A4">
            <w:r>
              <w:rPr>
                <w:sz w:val="18"/>
              </w:rPr>
              <w:t>Пластиковые ящики</w:t>
            </w:r>
          </w:p>
        </w:tc>
        <w:tc>
          <w:tcPr>
            <w:tcW w:w="1134" w:type="dxa"/>
          </w:tcPr>
          <w:p w14:paraId="4D54B036" w14:textId="77777777" w:rsidR="00C45D56" w:rsidRDefault="00FA58A4">
            <w:r>
              <w:rPr>
                <w:sz w:val="18"/>
              </w:rPr>
              <w:t>8–12 шт</w:t>
            </w:r>
          </w:p>
        </w:tc>
        <w:tc>
          <w:tcPr>
            <w:tcW w:w="4025" w:type="dxa"/>
          </w:tcPr>
          <w:p w14:paraId="44F8D731" w14:textId="77777777" w:rsidR="00C45D56" w:rsidRDefault="00FA58A4">
            <w:r>
              <w:rPr>
                <w:sz w:val="18"/>
              </w:rPr>
              <w:t>Для мелкого товара.</w:t>
            </w:r>
          </w:p>
        </w:tc>
      </w:tr>
      <w:tr w:rsidR="00C45D56" w14:paraId="641C4432" w14:textId="77777777">
        <w:trPr>
          <w:jc w:val="center"/>
        </w:trPr>
        <w:tc>
          <w:tcPr>
            <w:tcW w:w="567" w:type="dxa"/>
          </w:tcPr>
          <w:p w14:paraId="390513EE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12DA6861" w14:textId="77777777" w:rsidR="00C45D56" w:rsidRDefault="00FA58A4">
            <w:r>
              <w:rPr>
                <w:sz w:val="18"/>
              </w:rPr>
              <w:t>Шкаф металлический</w:t>
            </w:r>
          </w:p>
        </w:tc>
        <w:tc>
          <w:tcPr>
            <w:tcW w:w="1134" w:type="dxa"/>
          </w:tcPr>
          <w:p w14:paraId="5FE31FB0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27438399" w14:textId="77777777" w:rsidR="00C45D56" w:rsidRDefault="00FA58A4">
            <w:r>
              <w:rPr>
                <w:sz w:val="18"/>
              </w:rPr>
              <w:t>Для документов, инвентаря или ценных вещей.</w:t>
            </w:r>
          </w:p>
        </w:tc>
      </w:tr>
      <w:tr w:rsidR="00C45D56" w14:paraId="7E8F35BB" w14:textId="77777777">
        <w:trPr>
          <w:jc w:val="center"/>
        </w:trPr>
        <w:tc>
          <w:tcPr>
            <w:tcW w:w="567" w:type="dxa"/>
          </w:tcPr>
          <w:p w14:paraId="2B71142C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2C1FA5F1" w14:textId="77777777" w:rsidR="00C45D56" w:rsidRDefault="00FA58A4">
            <w:r>
              <w:rPr>
                <w:sz w:val="18"/>
              </w:rPr>
              <w:t>Тележка</w:t>
            </w:r>
          </w:p>
        </w:tc>
        <w:tc>
          <w:tcPr>
            <w:tcW w:w="1134" w:type="dxa"/>
          </w:tcPr>
          <w:p w14:paraId="552DCCBE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591465B8" w14:textId="77777777" w:rsidR="00C45D56" w:rsidRDefault="00FA58A4">
            <w:r>
              <w:rPr>
                <w:sz w:val="18"/>
              </w:rPr>
              <w:t>Для перемещения товара.</w:t>
            </w:r>
          </w:p>
        </w:tc>
      </w:tr>
      <w:tr w:rsidR="00C45D56" w14:paraId="091F2944" w14:textId="77777777">
        <w:trPr>
          <w:jc w:val="center"/>
        </w:trPr>
        <w:tc>
          <w:tcPr>
            <w:tcW w:w="567" w:type="dxa"/>
          </w:tcPr>
          <w:p w14:paraId="570D4ABB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33F8D541" w14:textId="77777777" w:rsidR="00C45D56" w:rsidRDefault="00FA58A4">
            <w:r>
              <w:rPr>
                <w:sz w:val="18"/>
              </w:rPr>
              <w:t>Рабочий стол/верстак простой</w:t>
            </w:r>
          </w:p>
        </w:tc>
        <w:tc>
          <w:tcPr>
            <w:tcW w:w="1134" w:type="dxa"/>
          </w:tcPr>
          <w:p w14:paraId="6C19F8F9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3B716AE8" w14:textId="77777777" w:rsidR="00C45D56" w:rsidRDefault="00FA58A4">
            <w:r>
              <w:rPr>
                <w:sz w:val="18"/>
              </w:rPr>
              <w:t>Для упаковки и приёмки товара.</w:t>
            </w:r>
          </w:p>
        </w:tc>
      </w:tr>
    </w:tbl>
    <w:p w14:paraId="0B7EC729" w14:textId="77777777" w:rsidR="00C45D56" w:rsidRDefault="00C45D56"/>
    <w:p w14:paraId="19AB1EE1" w14:textId="77777777" w:rsidR="00C45D56" w:rsidRDefault="00FA58A4">
      <w:r>
        <w:rPr>
          <w:b/>
        </w:rPr>
        <w:t>Текст для карточки сайта:</w:t>
      </w:r>
    </w:p>
    <w:p w14:paraId="54CC4CF1" w14:textId="77777777" w:rsidR="00C45D56" w:rsidRDefault="00FA58A4">
      <w:pPr>
        <w:spacing w:after="120"/>
      </w:pPr>
      <w:r>
        <w:t>Комплект для подсобного помещения магазина. Подходит для хранения товара, упаковки, документов, расходников и инвентаря. Помогает разделить склад на зоны и быстрее находить нужные позиции.</w:t>
      </w:r>
    </w:p>
    <w:p w14:paraId="3CB0A406" w14:textId="77777777" w:rsidR="00C45D56" w:rsidRDefault="00FA58A4">
      <w:r>
        <w:rPr>
          <w:b/>
        </w:rPr>
        <w:t>Ссылка/о</w:t>
      </w:r>
      <w:r>
        <w:rPr>
          <w:b/>
        </w:rPr>
        <w:t xml:space="preserve">снова для карточки: </w:t>
      </w:r>
      <w:hyperlink r:id="rId21">
        <w:r>
          <w:rPr>
            <w:color w:val="0563C1"/>
            <w:u w:val="single"/>
          </w:rPr>
          <w:t>Стеллажи металлические</w:t>
        </w:r>
      </w:hyperlink>
    </w:p>
    <w:p w14:paraId="5F91584A" w14:textId="77777777" w:rsidR="00C45D56" w:rsidRDefault="00C45D56"/>
    <w:p w14:paraId="65F4EE1D" w14:textId="77777777" w:rsidR="00C45D56" w:rsidRDefault="00FA58A4">
      <w:pPr>
        <w:pStyle w:val="21"/>
      </w:pPr>
      <w:r>
        <w:rPr>
          <w:color w:val="1F4E79"/>
        </w:rPr>
        <w:t>9. Готовое решение «Склад усиленный»</w:t>
      </w:r>
    </w:p>
    <w:p w14:paraId="005FC992" w14:textId="77777777" w:rsidR="00C45D56" w:rsidRDefault="00FA58A4">
      <w:r>
        <w:rPr>
          <w:b/>
        </w:rPr>
        <w:t xml:space="preserve">Ценовой уровень: </w:t>
      </w:r>
      <w:r>
        <w:t xml:space="preserve">Высокий / Профи  |  </w:t>
      </w:r>
      <w:r>
        <w:rPr>
          <w:b/>
        </w:rPr>
        <w:t xml:space="preserve">Ориентир по цене: </w:t>
      </w:r>
      <w:r>
        <w:t>100–180 тыс. ₽</w:t>
      </w:r>
    </w:p>
    <w:p w14:paraId="75C4A341" w14:textId="77777777" w:rsidR="00C45D56" w:rsidRDefault="00FA58A4">
      <w:r>
        <w:rPr>
          <w:b/>
        </w:rPr>
        <w:t xml:space="preserve">Задача: </w:t>
      </w:r>
      <w:r>
        <w:t>Хранить тяжёлые коробки, детали</w:t>
      </w:r>
      <w:r>
        <w:t>, запчасти и оборудование.</w:t>
      </w:r>
    </w:p>
    <w:p w14:paraId="13B7DDD1" w14:textId="77777777" w:rsidR="00C45D56" w:rsidRDefault="00FA58A4">
      <w:r>
        <w:rPr>
          <w:b/>
        </w:rPr>
        <w:t xml:space="preserve">Кому подходит: </w:t>
      </w:r>
      <w:r>
        <w:t>Склад, производство, автосервис, мастерская, техническая зона.</w:t>
      </w:r>
    </w:p>
    <w:p w14:paraId="0FC55DB1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387"/>
        <w:gridCol w:w="4025"/>
      </w:tblGrid>
      <w:tr w:rsidR="00C45D56" w14:paraId="7F187F45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21A7FCB6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44968871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5DFD24FA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53806110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0C5B759E" w14:textId="77777777">
        <w:trPr>
          <w:jc w:val="center"/>
        </w:trPr>
        <w:tc>
          <w:tcPr>
            <w:tcW w:w="567" w:type="dxa"/>
          </w:tcPr>
          <w:p w14:paraId="69D77FD0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0B4F313F" w14:textId="77777777" w:rsidR="00C45D56" w:rsidRDefault="00FA58A4">
            <w:r>
              <w:rPr>
                <w:sz w:val="18"/>
              </w:rPr>
              <w:t>Стеллаж МС-Т до 300 кг на полку</w:t>
            </w:r>
          </w:p>
        </w:tc>
        <w:tc>
          <w:tcPr>
            <w:tcW w:w="1134" w:type="dxa"/>
          </w:tcPr>
          <w:p w14:paraId="7820F9D4" w14:textId="77777777" w:rsidR="00C45D56" w:rsidRDefault="00FA58A4">
            <w:r>
              <w:rPr>
                <w:sz w:val="18"/>
              </w:rPr>
              <w:t>1–2 шт</w:t>
            </w:r>
          </w:p>
        </w:tc>
        <w:tc>
          <w:tcPr>
            <w:tcW w:w="4025" w:type="dxa"/>
          </w:tcPr>
          <w:p w14:paraId="241D1FD8" w14:textId="77777777" w:rsidR="00C45D56" w:rsidRDefault="00FA58A4">
            <w:r>
              <w:rPr>
                <w:sz w:val="18"/>
              </w:rPr>
              <w:t>Усиленное хранение.</w:t>
            </w:r>
          </w:p>
        </w:tc>
      </w:tr>
      <w:tr w:rsidR="00C45D56" w14:paraId="5CF14440" w14:textId="77777777">
        <w:trPr>
          <w:jc w:val="center"/>
        </w:trPr>
        <w:tc>
          <w:tcPr>
            <w:tcW w:w="567" w:type="dxa"/>
          </w:tcPr>
          <w:p w14:paraId="2BBBE134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61BB4136" w14:textId="77777777" w:rsidR="00C45D56" w:rsidRDefault="00FA58A4">
            <w:r>
              <w:rPr>
                <w:sz w:val="18"/>
              </w:rPr>
              <w:t>Настил фанера или металл</w:t>
            </w:r>
          </w:p>
        </w:tc>
        <w:tc>
          <w:tcPr>
            <w:tcW w:w="1134" w:type="dxa"/>
          </w:tcPr>
          <w:p w14:paraId="67C18CBB" w14:textId="77777777" w:rsidR="00C45D56" w:rsidRDefault="00FA58A4">
            <w:r>
              <w:rPr>
                <w:sz w:val="18"/>
              </w:rPr>
              <w:t xml:space="preserve">по </w:t>
            </w:r>
            <w:r>
              <w:rPr>
                <w:sz w:val="18"/>
              </w:rPr>
              <w:t>комплектации</w:t>
            </w:r>
          </w:p>
        </w:tc>
        <w:tc>
          <w:tcPr>
            <w:tcW w:w="4025" w:type="dxa"/>
          </w:tcPr>
          <w:p w14:paraId="0740D327" w14:textId="77777777" w:rsidR="00C45D56" w:rsidRDefault="00FA58A4">
            <w:r>
              <w:rPr>
                <w:sz w:val="18"/>
              </w:rPr>
              <w:t>Под задачу клиента.</w:t>
            </w:r>
          </w:p>
        </w:tc>
      </w:tr>
      <w:tr w:rsidR="00C45D56" w14:paraId="50DE6EC5" w14:textId="77777777">
        <w:trPr>
          <w:jc w:val="center"/>
        </w:trPr>
        <w:tc>
          <w:tcPr>
            <w:tcW w:w="567" w:type="dxa"/>
          </w:tcPr>
          <w:p w14:paraId="2ED43739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1E5755BC" w14:textId="77777777" w:rsidR="00C45D56" w:rsidRDefault="00FA58A4">
            <w:r>
              <w:rPr>
                <w:sz w:val="18"/>
              </w:rPr>
              <w:t>Тележка складская</w:t>
            </w:r>
          </w:p>
        </w:tc>
        <w:tc>
          <w:tcPr>
            <w:tcW w:w="1134" w:type="dxa"/>
          </w:tcPr>
          <w:p w14:paraId="1780C07A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4164BE1E" w14:textId="77777777" w:rsidR="00C45D56" w:rsidRDefault="00FA58A4">
            <w:r>
              <w:rPr>
                <w:sz w:val="18"/>
              </w:rPr>
              <w:t>Для перемещения груза.</w:t>
            </w:r>
          </w:p>
        </w:tc>
      </w:tr>
      <w:tr w:rsidR="00C45D56" w14:paraId="71E5932C" w14:textId="77777777">
        <w:trPr>
          <w:jc w:val="center"/>
        </w:trPr>
        <w:tc>
          <w:tcPr>
            <w:tcW w:w="567" w:type="dxa"/>
          </w:tcPr>
          <w:p w14:paraId="004C6EA9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0F3DFCE0" w14:textId="77777777" w:rsidR="00C45D56" w:rsidRDefault="00FA58A4">
            <w:r>
              <w:rPr>
                <w:sz w:val="18"/>
              </w:rPr>
              <w:t>Пластиковые ящики</w:t>
            </w:r>
          </w:p>
        </w:tc>
        <w:tc>
          <w:tcPr>
            <w:tcW w:w="1134" w:type="dxa"/>
          </w:tcPr>
          <w:p w14:paraId="581AC8AF" w14:textId="77777777" w:rsidR="00C45D56" w:rsidRDefault="00FA58A4">
            <w:r>
              <w:rPr>
                <w:sz w:val="18"/>
              </w:rPr>
              <w:t>6–10 шт</w:t>
            </w:r>
          </w:p>
        </w:tc>
        <w:tc>
          <w:tcPr>
            <w:tcW w:w="4025" w:type="dxa"/>
          </w:tcPr>
          <w:p w14:paraId="1691C956" w14:textId="77777777" w:rsidR="00C45D56" w:rsidRDefault="00FA58A4">
            <w:r>
              <w:rPr>
                <w:sz w:val="18"/>
              </w:rPr>
              <w:t>Для мелких деталей.</w:t>
            </w:r>
          </w:p>
        </w:tc>
      </w:tr>
      <w:tr w:rsidR="00C45D56" w14:paraId="3ED432D5" w14:textId="77777777">
        <w:trPr>
          <w:jc w:val="center"/>
        </w:trPr>
        <w:tc>
          <w:tcPr>
            <w:tcW w:w="567" w:type="dxa"/>
          </w:tcPr>
          <w:p w14:paraId="0F4C0243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71FF80CE" w14:textId="77777777" w:rsidR="00C45D56" w:rsidRDefault="00FA58A4">
            <w:r>
              <w:rPr>
                <w:sz w:val="18"/>
              </w:rPr>
              <w:t>Шкаф инструментальный</w:t>
            </w:r>
          </w:p>
        </w:tc>
        <w:tc>
          <w:tcPr>
            <w:tcW w:w="1134" w:type="dxa"/>
          </w:tcPr>
          <w:p w14:paraId="71FD4F13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1DCF9001" w14:textId="77777777" w:rsidR="00C45D56" w:rsidRDefault="00FA58A4">
            <w:r>
              <w:rPr>
                <w:sz w:val="18"/>
              </w:rPr>
              <w:t>Для инструмента и расходников.</w:t>
            </w:r>
          </w:p>
        </w:tc>
      </w:tr>
    </w:tbl>
    <w:p w14:paraId="6DAEDF41" w14:textId="77777777" w:rsidR="00C45D56" w:rsidRDefault="00C45D56"/>
    <w:p w14:paraId="68B7C48F" w14:textId="77777777" w:rsidR="00C45D56" w:rsidRDefault="00FA58A4">
      <w:r>
        <w:rPr>
          <w:b/>
        </w:rPr>
        <w:t>Текст для карточки сайта:</w:t>
      </w:r>
    </w:p>
    <w:p w14:paraId="6CFC9D34" w14:textId="77777777" w:rsidR="00C45D56" w:rsidRDefault="00FA58A4">
      <w:pPr>
        <w:spacing w:after="120"/>
      </w:pPr>
      <w:r>
        <w:t xml:space="preserve">Комплект для хранения тяжёлых </w:t>
      </w:r>
      <w:r>
        <w:t>товаров, коробок, запчастей и оборудования. В основе набора грузовой стеллаж МС-Т с нагрузкой до 300 кг на полку, тележка и ящики для мелких деталей.</w:t>
      </w:r>
    </w:p>
    <w:p w14:paraId="3227CC60" w14:textId="77777777" w:rsidR="00C45D56" w:rsidRDefault="00FA58A4">
      <w:r>
        <w:rPr>
          <w:b/>
        </w:rPr>
        <w:t xml:space="preserve">Ссылка/основа для карточки: </w:t>
      </w:r>
      <w:hyperlink r:id="rId22">
        <w:r>
          <w:rPr>
            <w:color w:val="0563C1"/>
            <w:u w:val="single"/>
          </w:rPr>
          <w:t>Стеллажи мет</w:t>
        </w:r>
        <w:r>
          <w:rPr>
            <w:color w:val="0563C1"/>
            <w:u w:val="single"/>
          </w:rPr>
          <w:t>аллические</w:t>
        </w:r>
      </w:hyperlink>
    </w:p>
    <w:p w14:paraId="3BD85BB6" w14:textId="77777777" w:rsidR="00C45D56" w:rsidRDefault="00C45D56"/>
    <w:p w14:paraId="764330FA" w14:textId="77777777" w:rsidR="00C45D56" w:rsidRDefault="00FA58A4">
      <w:pPr>
        <w:pStyle w:val="21"/>
      </w:pPr>
      <w:r>
        <w:rPr>
          <w:color w:val="1F4E79"/>
        </w:rPr>
        <w:t>10. Готовое решение «Склад под ключ»</w:t>
      </w:r>
    </w:p>
    <w:p w14:paraId="0ABADB30" w14:textId="77777777" w:rsidR="00C45D56" w:rsidRDefault="00FA58A4">
      <w:r>
        <w:rPr>
          <w:b/>
        </w:rPr>
        <w:t xml:space="preserve">Ценовой уровень: </w:t>
      </w:r>
      <w:r>
        <w:t xml:space="preserve">Премиум / Под ключ  |  </w:t>
      </w:r>
      <w:r>
        <w:rPr>
          <w:b/>
        </w:rPr>
        <w:t xml:space="preserve">Ориентир по цене: </w:t>
      </w:r>
      <w:r>
        <w:t>от 180 тыс. ₽</w:t>
      </w:r>
    </w:p>
    <w:p w14:paraId="3D77775C" w14:textId="77777777" w:rsidR="00C45D56" w:rsidRDefault="00FA58A4">
      <w:r>
        <w:rPr>
          <w:b/>
        </w:rPr>
        <w:t xml:space="preserve">Задача: </w:t>
      </w:r>
      <w:r>
        <w:t>Закрыть всю складскую зону сразу: хранение, перемещение, упаковка и инвентарь.</w:t>
      </w:r>
    </w:p>
    <w:p w14:paraId="2B2AE3BB" w14:textId="77777777" w:rsidR="00C45D56" w:rsidRDefault="00FA58A4">
      <w:r>
        <w:rPr>
          <w:b/>
        </w:rPr>
        <w:t xml:space="preserve">Кому подходит: </w:t>
      </w:r>
      <w:r>
        <w:t xml:space="preserve">Бизнес, </w:t>
      </w:r>
      <w:r>
        <w:t>производство, сервис, склад магазина.</w:t>
      </w:r>
    </w:p>
    <w:p w14:paraId="276F5893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1B9C41D4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75A5B87F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71A3C9B5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337E2269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08FAE127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3B309946" w14:textId="77777777">
        <w:trPr>
          <w:jc w:val="center"/>
        </w:trPr>
        <w:tc>
          <w:tcPr>
            <w:tcW w:w="567" w:type="dxa"/>
          </w:tcPr>
          <w:p w14:paraId="54961F62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1E3EC360" w14:textId="77777777" w:rsidR="00C45D56" w:rsidRDefault="00FA58A4">
            <w:r>
              <w:rPr>
                <w:sz w:val="18"/>
              </w:rPr>
              <w:t>Стеллажи МС-Т</w:t>
            </w:r>
          </w:p>
        </w:tc>
        <w:tc>
          <w:tcPr>
            <w:tcW w:w="1134" w:type="dxa"/>
          </w:tcPr>
          <w:p w14:paraId="68DA0C5E" w14:textId="77777777" w:rsidR="00C45D56" w:rsidRDefault="00FA58A4">
            <w:r>
              <w:rPr>
                <w:sz w:val="18"/>
              </w:rPr>
              <w:t>2–4 секции</w:t>
            </w:r>
          </w:p>
        </w:tc>
        <w:tc>
          <w:tcPr>
            <w:tcW w:w="4025" w:type="dxa"/>
          </w:tcPr>
          <w:p w14:paraId="101971D4" w14:textId="77777777" w:rsidR="00C45D56" w:rsidRDefault="00FA58A4">
            <w:r>
              <w:rPr>
                <w:sz w:val="18"/>
              </w:rPr>
              <w:t>Основное хранение.</w:t>
            </w:r>
          </w:p>
        </w:tc>
      </w:tr>
      <w:tr w:rsidR="00C45D56" w14:paraId="2E6911F4" w14:textId="77777777">
        <w:trPr>
          <w:jc w:val="center"/>
        </w:trPr>
        <w:tc>
          <w:tcPr>
            <w:tcW w:w="567" w:type="dxa"/>
          </w:tcPr>
          <w:p w14:paraId="5274E24D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691A95F0" w14:textId="77777777" w:rsidR="00C45D56" w:rsidRDefault="00FA58A4">
            <w:r>
              <w:rPr>
                <w:sz w:val="18"/>
              </w:rPr>
              <w:t>Тележка складская</w:t>
            </w:r>
          </w:p>
        </w:tc>
        <w:tc>
          <w:tcPr>
            <w:tcW w:w="1134" w:type="dxa"/>
          </w:tcPr>
          <w:p w14:paraId="3BF6FC98" w14:textId="77777777" w:rsidR="00C45D56" w:rsidRDefault="00FA58A4">
            <w:r>
              <w:rPr>
                <w:sz w:val="18"/>
              </w:rPr>
              <w:t>1–2 шт</w:t>
            </w:r>
          </w:p>
        </w:tc>
        <w:tc>
          <w:tcPr>
            <w:tcW w:w="4025" w:type="dxa"/>
          </w:tcPr>
          <w:p w14:paraId="0D4515FC" w14:textId="77777777" w:rsidR="00C45D56" w:rsidRDefault="00FA58A4">
            <w:r>
              <w:rPr>
                <w:sz w:val="18"/>
              </w:rPr>
              <w:t>Перемещение товара.</w:t>
            </w:r>
          </w:p>
        </w:tc>
      </w:tr>
      <w:tr w:rsidR="00C45D56" w14:paraId="74048623" w14:textId="77777777">
        <w:trPr>
          <w:jc w:val="center"/>
        </w:trPr>
        <w:tc>
          <w:tcPr>
            <w:tcW w:w="567" w:type="dxa"/>
          </w:tcPr>
          <w:p w14:paraId="0FE29A55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03475672" w14:textId="77777777" w:rsidR="00C45D56" w:rsidRDefault="00FA58A4">
            <w:r>
              <w:rPr>
                <w:sz w:val="18"/>
              </w:rPr>
              <w:t>Шкаф металлический</w:t>
            </w:r>
          </w:p>
        </w:tc>
        <w:tc>
          <w:tcPr>
            <w:tcW w:w="1134" w:type="dxa"/>
          </w:tcPr>
          <w:p w14:paraId="62CC034B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47A730B6" w14:textId="77777777" w:rsidR="00C45D56" w:rsidRDefault="00FA58A4">
            <w:r>
              <w:rPr>
                <w:sz w:val="18"/>
              </w:rPr>
              <w:t>Для документов и инвентаря.</w:t>
            </w:r>
          </w:p>
        </w:tc>
      </w:tr>
      <w:tr w:rsidR="00C45D56" w14:paraId="1211A42D" w14:textId="77777777">
        <w:trPr>
          <w:jc w:val="center"/>
        </w:trPr>
        <w:tc>
          <w:tcPr>
            <w:tcW w:w="567" w:type="dxa"/>
          </w:tcPr>
          <w:p w14:paraId="6C9AEC9D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0E7445A3" w14:textId="77777777" w:rsidR="00C45D56" w:rsidRDefault="00FA58A4">
            <w:r>
              <w:rPr>
                <w:sz w:val="18"/>
              </w:rPr>
              <w:t>Верстак или упаковочный стол</w:t>
            </w:r>
          </w:p>
        </w:tc>
        <w:tc>
          <w:tcPr>
            <w:tcW w:w="1134" w:type="dxa"/>
          </w:tcPr>
          <w:p w14:paraId="1DA048C5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29147D24" w14:textId="77777777" w:rsidR="00C45D56" w:rsidRDefault="00FA58A4">
            <w:r>
              <w:rPr>
                <w:sz w:val="18"/>
              </w:rPr>
              <w:t>Для сборки, упаковки, приёмки.</w:t>
            </w:r>
          </w:p>
        </w:tc>
      </w:tr>
      <w:tr w:rsidR="00C45D56" w14:paraId="37C5EC3E" w14:textId="77777777">
        <w:trPr>
          <w:jc w:val="center"/>
        </w:trPr>
        <w:tc>
          <w:tcPr>
            <w:tcW w:w="567" w:type="dxa"/>
          </w:tcPr>
          <w:p w14:paraId="49D3FA82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643E34DA" w14:textId="77777777" w:rsidR="00C45D56" w:rsidRDefault="00FA58A4">
            <w:r>
              <w:rPr>
                <w:sz w:val="18"/>
              </w:rPr>
              <w:t>Пластиковые ящики</w:t>
            </w:r>
          </w:p>
        </w:tc>
        <w:tc>
          <w:tcPr>
            <w:tcW w:w="1134" w:type="dxa"/>
          </w:tcPr>
          <w:p w14:paraId="417E710D" w14:textId="77777777" w:rsidR="00C45D56" w:rsidRDefault="00FA58A4">
            <w:r>
              <w:rPr>
                <w:sz w:val="18"/>
              </w:rPr>
              <w:t>10–20 шт</w:t>
            </w:r>
          </w:p>
        </w:tc>
        <w:tc>
          <w:tcPr>
            <w:tcW w:w="4025" w:type="dxa"/>
          </w:tcPr>
          <w:p w14:paraId="2AC3E21B" w14:textId="77777777" w:rsidR="00C45D56" w:rsidRDefault="00FA58A4">
            <w:r>
              <w:rPr>
                <w:sz w:val="18"/>
              </w:rPr>
              <w:t>Для сортировки мелких товаров.</w:t>
            </w:r>
          </w:p>
        </w:tc>
      </w:tr>
      <w:tr w:rsidR="00C45D56" w14:paraId="10C5D8EB" w14:textId="77777777">
        <w:trPr>
          <w:jc w:val="center"/>
        </w:trPr>
        <w:tc>
          <w:tcPr>
            <w:tcW w:w="567" w:type="dxa"/>
          </w:tcPr>
          <w:p w14:paraId="3F04D679" w14:textId="77777777" w:rsidR="00C45D56" w:rsidRDefault="00FA58A4">
            <w:r>
              <w:rPr>
                <w:sz w:val="18"/>
              </w:rPr>
              <w:t>6</w:t>
            </w:r>
          </w:p>
        </w:tc>
        <w:tc>
          <w:tcPr>
            <w:tcW w:w="3572" w:type="dxa"/>
          </w:tcPr>
          <w:p w14:paraId="37A4B287" w14:textId="77777777" w:rsidR="00C45D56" w:rsidRDefault="00FA58A4">
            <w:r>
              <w:rPr>
                <w:sz w:val="18"/>
              </w:rPr>
              <w:t>Маркировка зон хранения</w:t>
            </w:r>
          </w:p>
        </w:tc>
        <w:tc>
          <w:tcPr>
            <w:tcW w:w="1134" w:type="dxa"/>
          </w:tcPr>
          <w:p w14:paraId="4461C553" w14:textId="77777777" w:rsidR="00C45D56" w:rsidRDefault="00FA58A4">
            <w:r>
              <w:rPr>
                <w:sz w:val="18"/>
              </w:rPr>
              <w:t>опция</w:t>
            </w:r>
          </w:p>
        </w:tc>
        <w:tc>
          <w:tcPr>
            <w:tcW w:w="4025" w:type="dxa"/>
          </w:tcPr>
          <w:p w14:paraId="75DBEAA6" w14:textId="77777777" w:rsidR="00C45D56" w:rsidRDefault="00FA58A4">
            <w:r>
              <w:rPr>
                <w:sz w:val="18"/>
              </w:rPr>
              <w:t>Для склада с большим количеством позиций.</w:t>
            </w:r>
          </w:p>
        </w:tc>
      </w:tr>
    </w:tbl>
    <w:p w14:paraId="111F7788" w14:textId="77777777" w:rsidR="00C45D56" w:rsidRDefault="00C45D56"/>
    <w:p w14:paraId="7F394CCE" w14:textId="77777777" w:rsidR="00C45D56" w:rsidRDefault="00FA58A4">
      <w:r>
        <w:rPr>
          <w:b/>
        </w:rPr>
        <w:lastRenderedPageBreak/>
        <w:t>Текст для карточки сайта:</w:t>
      </w:r>
    </w:p>
    <w:p w14:paraId="54448813" w14:textId="77777777" w:rsidR="00C45D56" w:rsidRDefault="00FA58A4">
      <w:pPr>
        <w:spacing w:after="120"/>
      </w:pPr>
      <w:r>
        <w:t xml:space="preserve">Комплект для </w:t>
      </w:r>
      <w:r>
        <w:t>организации полноценной складской зоны. Подходит для магазина, производства, сервиса, ПВЗ и организаций, где важно быстро разместить товар, разделить зоны хранения и упростить работу сотрудников.</w:t>
      </w:r>
    </w:p>
    <w:p w14:paraId="642529E0" w14:textId="77777777" w:rsidR="00C45D56" w:rsidRDefault="00FA58A4">
      <w:r>
        <w:rPr>
          <w:b/>
        </w:rPr>
        <w:t xml:space="preserve">Ссылка/основа для карточки: </w:t>
      </w:r>
      <w:hyperlink r:id="rId23">
        <w:r>
          <w:rPr>
            <w:color w:val="0563C1"/>
            <w:u w:val="single"/>
          </w:rPr>
          <w:t>Стеллажи металлические</w:t>
        </w:r>
      </w:hyperlink>
    </w:p>
    <w:p w14:paraId="00C46293" w14:textId="77777777" w:rsidR="00C45D56" w:rsidRDefault="00C45D56"/>
    <w:p w14:paraId="09065FF9" w14:textId="77777777" w:rsidR="00C45D56" w:rsidRDefault="00FA58A4">
      <w:r>
        <w:br w:type="page"/>
      </w:r>
    </w:p>
    <w:p w14:paraId="549C7A45" w14:textId="77777777" w:rsidR="00C45D56" w:rsidRDefault="00FA58A4">
      <w:pPr>
        <w:pStyle w:val="1"/>
      </w:pPr>
      <w:r>
        <w:rPr>
          <w:color w:val="1F4E79"/>
        </w:rPr>
        <w:lastRenderedPageBreak/>
        <w:t>Комплекты для дома</w:t>
      </w:r>
    </w:p>
    <w:p w14:paraId="120B91DB" w14:textId="77777777" w:rsidR="00C45D56" w:rsidRDefault="00FA58A4">
      <w:pPr>
        <w:pStyle w:val="21"/>
      </w:pPr>
      <w:r>
        <w:rPr>
          <w:color w:val="1F4E79"/>
        </w:rPr>
        <w:t>11. Готовое решение «Домашнее хранение Старт»</w:t>
      </w:r>
    </w:p>
    <w:p w14:paraId="60E74630" w14:textId="77777777" w:rsidR="00C45D56" w:rsidRDefault="00FA58A4">
      <w:r>
        <w:rPr>
          <w:b/>
        </w:rPr>
        <w:t xml:space="preserve">Ценовой уровень: </w:t>
      </w:r>
      <w:r>
        <w:t xml:space="preserve">Эконом / Старт  |  </w:t>
      </w:r>
      <w:r>
        <w:rPr>
          <w:b/>
        </w:rPr>
        <w:t xml:space="preserve">Ориентир по цене: </w:t>
      </w:r>
      <w:r>
        <w:t>до 15 тыс. ₽</w:t>
      </w:r>
    </w:p>
    <w:p w14:paraId="237C9228" w14:textId="77777777" w:rsidR="00C45D56" w:rsidRDefault="00FA58A4">
      <w:r>
        <w:rPr>
          <w:b/>
        </w:rPr>
        <w:t xml:space="preserve">Задача: </w:t>
      </w:r>
      <w:r>
        <w:t>Навести порядок в кладовке, на балконе, в гараже при дом</w:t>
      </w:r>
      <w:r>
        <w:t>е или на даче.</w:t>
      </w:r>
    </w:p>
    <w:p w14:paraId="7CFFBF86" w14:textId="77777777" w:rsidR="00C45D56" w:rsidRDefault="00FA58A4">
      <w:r>
        <w:rPr>
          <w:b/>
        </w:rPr>
        <w:t xml:space="preserve">Кому подходит: </w:t>
      </w:r>
      <w:r>
        <w:t>Дом, дача, кладовка, балкон, хозяйственная зона.</w:t>
      </w:r>
    </w:p>
    <w:p w14:paraId="7A638451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11547346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56D81561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3AB9111E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68D26E6F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6BE37D8D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47BDE858" w14:textId="77777777">
        <w:trPr>
          <w:jc w:val="center"/>
        </w:trPr>
        <w:tc>
          <w:tcPr>
            <w:tcW w:w="567" w:type="dxa"/>
          </w:tcPr>
          <w:p w14:paraId="6FD71161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28C2A4FC" w14:textId="77777777" w:rsidR="00C45D56" w:rsidRDefault="00FA58A4">
            <w:r>
              <w:rPr>
                <w:sz w:val="18"/>
              </w:rPr>
              <w:t>Стеллаж МС или бытовой стеллаж</w:t>
            </w:r>
          </w:p>
        </w:tc>
        <w:tc>
          <w:tcPr>
            <w:tcW w:w="1134" w:type="dxa"/>
          </w:tcPr>
          <w:p w14:paraId="4E401D01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0CA597D1" w14:textId="77777777" w:rsidR="00C45D56" w:rsidRDefault="00FA58A4">
            <w:r>
              <w:rPr>
                <w:sz w:val="18"/>
              </w:rPr>
              <w:t>Для хранения вещей.</w:t>
            </w:r>
          </w:p>
        </w:tc>
      </w:tr>
      <w:tr w:rsidR="00C45D56" w14:paraId="604FCC2F" w14:textId="77777777">
        <w:trPr>
          <w:jc w:val="center"/>
        </w:trPr>
        <w:tc>
          <w:tcPr>
            <w:tcW w:w="567" w:type="dxa"/>
          </w:tcPr>
          <w:p w14:paraId="5B875361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7196A127" w14:textId="77777777" w:rsidR="00C45D56" w:rsidRDefault="00FA58A4">
            <w:r>
              <w:rPr>
                <w:sz w:val="18"/>
              </w:rPr>
              <w:t>Пластиковые ящики</w:t>
            </w:r>
          </w:p>
        </w:tc>
        <w:tc>
          <w:tcPr>
            <w:tcW w:w="1134" w:type="dxa"/>
          </w:tcPr>
          <w:p w14:paraId="3AB14B1B" w14:textId="77777777" w:rsidR="00C45D56" w:rsidRDefault="00FA58A4">
            <w:r>
              <w:rPr>
                <w:sz w:val="18"/>
              </w:rPr>
              <w:t>4–6 шт</w:t>
            </w:r>
          </w:p>
        </w:tc>
        <w:tc>
          <w:tcPr>
            <w:tcW w:w="4025" w:type="dxa"/>
          </w:tcPr>
          <w:p w14:paraId="3E9B210D" w14:textId="77777777" w:rsidR="00C45D56" w:rsidRDefault="00FA58A4">
            <w:r>
              <w:rPr>
                <w:sz w:val="18"/>
              </w:rPr>
              <w:t>Для мелочей.</w:t>
            </w:r>
          </w:p>
        </w:tc>
      </w:tr>
      <w:tr w:rsidR="00C45D56" w14:paraId="151A750C" w14:textId="77777777">
        <w:trPr>
          <w:jc w:val="center"/>
        </w:trPr>
        <w:tc>
          <w:tcPr>
            <w:tcW w:w="567" w:type="dxa"/>
          </w:tcPr>
          <w:p w14:paraId="70590675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2259991D" w14:textId="77777777" w:rsidR="00C45D56" w:rsidRDefault="00FA58A4">
            <w:r>
              <w:rPr>
                <w:sz w:val="18"/>
              </w:rPr>
              <w:t xml:space="preserve">Крючки или </w:t>
            </w:r>
            <w:r>
              <w:rPr>
                <w:sz w:val="18"/>
              </w:rPr>
              <w:t>держатели</w:t>
            </w:r>
          </w:p>
        </w:tc>
        <w:tc>
          <w:tcPr>
            <w:tcW w:w="1134" w:type="dxa"/>
          </w:tcPr>
          <w:p w14:paraId="6253A282" w14:textId="77777777" w:rsidR="00C45D56" w:rsidRDefault="00FA58A4">
            <w:r>
              <w:rPr>
                <w:sz w:val="18"/>
              </w:rPr>
              <w:t>опция</w:t>
            </w:r>
          </w:p>
        </w:tc>
        <w:tc>
          <w:tcPr>
            <w:tcW w:w="4025" w:type="dxa"/>
          </w:tcPr>
          <w:p w14:paraId="3D8E3F2D" w14:textId="77777777" w:rsidR="00C45D56" w:rsidRDefault="00FA58A4">
            <w:r>
              <w:rPr>
                <w:sz w:val="18"/>
              </w:rPr>
              <w:t>Для подвесного хранения.</w:t>
            </w:r>
          </w:p>
        </w:tc>
      </w:tr>
    </w:tbl>
    <w:p w14:paraId="3308FCB7" w14:textId="77777777" w:rsidR="00C45D56" w:rsidRDefault="00C45D56"/>
    <w:p w14:paraId="7AD3CA86" w14:textId="77777777" w:rsidR="00C45D56" w:rsidRDefault="00FA58A4">
      <w:r>
        <w:rPr>
          <w:b/>
        </w:rPr>
        <w:t>Текст для карточки сайта:</w:t>
      </w:r>
    </w:p>
    <w:p w14:paraId="2A0D72EA" w14:textId="77777777" w:rsidR="00C45D56" w:rsidRDefault="00FA58A4">
      <w:pPr>
        <w:spacing w:after="120"/>
      </w:pPr>
      <w:r>
        <w:t xml:space="preserve">Простой комплект для хранения дома, в кладовке, на балконе или в гараже. Стеллаж помогает разместить крупные вещи, а пластиковые ящики подходят для мелочей, инструмента, бытовой </w:t>
      </w:r>
      <w:r>
        <w:t>химии и сезонных принадлежностей.</w:t>
      </w:r>
    </w:p>
    <w:p w14:paraId="60FE34C7" w14:textId="77777777" w:rsidR="00C45D56" w:rsidRDefault="00FA58A4">
      <w:r>
        <w:rPr>
          <w:b/>
        </w:rPr>
        <w:t xml:space="preserve">Ссылка/основа для карточки: </w:t>
      </w:r>
      <w:hyperlink r:id="rId24">
        <w:r>
          <w:rPr>
            <w:color w:val="0563C1"/>
            <w:u w:val="single"/>
          </w:rPr>
          <w:t>Стеллажи металлические</w:t>
        </w:r>
      </w:hyperlink>
    </w:p>
    <w:p w14:paraId="133B91DC" w14:textId="77777777" w:rsidR="00C45D56" w:rsidRDefault="00C45D56"/>
    <w:p w14:paraId="6F57570C" w14:textId="77777777" w:rsidR="00C45D56" w:rsidRDefault="00FA58A4">
      <w:pPr>
        <w:pStyle w:val="21"/>
      </w:pPr>
      <w:r>
        <w:rPr>
          <w:color w:val="1F4E79"/>
        </w:rPr>
        <w:t>12. Готовое решение «Порядок в кладовке»</w:t>
      </w:r>
    </w:p>
    <w:p w14:paraId="04B3550F" w14:textId="77777777" w:rsidR="00C45D56" w:rsidRDefault="00FA58A4">
      <w:r>
        <w:rPr>
          <w:b/>
        </w:rPr>
        <w:t xml:space="preserve">Ценовой уровень: </w:t>
      </w:r>
      <w:r>
        <w:t xml:space="preserve">Средний / Оптимальный  |  </w:t>
      </w:r>
      <w:r>
        <w:rPr>
          <w:b/>
        </w:rPr>
        <w:t xml:space="preserve">Ориентир по цене: </w:t>
      </w:r>
      <w:r>
        <w:t>20</w:t>
      </w:r>
      <w:r>
        <w:t>–40 тыс. ₽</w:t>
      </w:r>
    </w:p>
    <w:p w14:paraId="6ED2D0ED" w14:textId="77777777" w:rsidR="00C45D56" w:rsidRDefault="00FA58A4">
      <w:r>
        <w:rPr>
          <w:b/>
        </w:rPr>
        <w:t xml:space="preserve">Задача: </w:t>
      </w:r>
      <w:r>
        <w:t>Использовать высоту помещения и разложить вещи по полкам и ящикам.</w:t>
      </w:r>
    </w:p>
    <w:p w14:paraId="28A601F2" w14:textId="77777777" w:rsidR="00C45D56" w:rsidRDefault="00FA58A4">
      <w:r>
        <w:rPr>
          <w:b/>
        </w:rPr>
        <w:t xml:space="preserve">Кому подходит: </w:t>
      </w:r>
      <w:r>
        <w:t>Кладовка, балкон, дача, подсобка, гараж при доме.</w:t>
      </w:r>
    </w:p>
    <w:p w14:paraId="03A55F7C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30C47D80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7A4CBEDB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6D42DB35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38E05FA3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12C1D2E6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2E4E899F" w14:textId="77777777">
        <w:trPr>
          <w:jc w:val="center"/>
        </w:trPr>
        <w:tc>
          <w:tcPr>
            <w:tcW w:w="567" w:type="dxa"/>
          </w:tcPr>
          <w:p w14:paraId="7D0F56F6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508815CD" w14:textId="77777777" w:rsidR="00C45D56" w:rsidRDefault="00FA58A4">
            <w:r>
              <w:rPr>
                <w:sz w:val="18"/>
              </w:rPr>
              <w:t>Стеллаж узкий или средний</w:t>
            </w:r>
          </w:p>
        </w:tc>
        <w:tc>
          <w:tcPr>
            <w:tcW w:w="1134" w:type="dxa"/>
          </w:tcPr>
          <w:p w14:paraId="0FB92BD2" w14:textId="77777777" w:rsidR="00C45D56" w:rsidRDefault="00FA58A4">
            <w:r>
              <w:rPr>
                <w:sz w:val="18"/>
              </w:rPr>
              <w:t>1–2 шт</w:t>
            </w:r>
          </w:p>
        </w:tc>
        <w:tc>
          <w:tcPr>
            <w:tcW w:w="4025" w:type="dxa"/>
          </w:tcPr>
          <w:p w14:paraId="4DD2E2AB" w14:textId="77777777" w:rsidR="00C45D56" w:rsidRDefault="00FA58A4">
            <w:r>
              <w:rPr>
                <w:sz w:val="18"/>
              </w:rPr>
              <w:t xml:space="preserve">Для </w:t>
            </w:r>
            <w:r>
              <w:rPr>
                <w:sz w:val="18"/>
              </w:rPr>
              <w:t>хранения по высоте.</w:t>
            </w:r>
          </w:p>
        </w:tc>
      </w:tr>
      <w:tr w:rsidR="00C45D56" w14:paraId="70DD4666" w14:textId="77777777">
        <w:trPr>
          <w:jc w:val="center"/>
        </w:trPr>
        <w:tc>
          <w:tcPr>
            <w:tcW w:w="567" w:type="dxa"/>
          </w:tcPr>
          <w:p w14:paraId="160267E4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7558421C" w14:textId="77777777" w:rsidR="00C45D56" w:rsidRDefault="00FA58A4">
            <w:r>
              <w:rPr>
                <w:sz w:val="18"/>
              </w:rPr>
              <w:t>Ящики пластиковые</w:t>
            </w:r>
          </w:p>
        </w:tc>
        <w:tc>
          <w:tcPr>
            <w:tcW w:w="1134" w:type="dxa"/>
          </w:tcPr>
          <w:p w14:paraId="55ED136C" w14:textId="77777777" w:rsidR="00C45D56" w:rsidRDefault="00FA58A4">
            <w:r>
              <w:rPr>
                <w:sz w:val="18"/>
              </w:rPr>
              <w:t>6–10 шт</w:t>
            </w:r>
          </w:p>
        </w:tc>
        <w:tc>
          <w:tcPr>
            <w:tcW w:w="4025" w:type="dxa"/>
          </w:tcPr>
          <w:p w14:paraId="030EFBC4" w14:textId="77777777" w:rsidR="00C45D56" w:rsidRDefault="00FA58A4">
            <w:r>
              <w:rPr>
                <w:sz w:val="18"/>
              </w:rPr>
              <w:t>Для сортировки.</w:t>
            </w:r>
          </w:p>
        </w:tc>
      </w:tr>
      <w:tr w:rsidR="00C45D56" w14:paraId="5CA69A56" w14:textId="77777777">
        <w:trPr>
          <w:jc w:val="center"/>
        </w:trPr>
        <w:tc>
          <w:tcPr>
            <w:tcW w:w="567" w:type="dxa"/>
          </w:tcPr>
          <w:p w14:paraId="73E299BC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5730BA9B" w14:textId="77777777" w:rsidR="00C45D56" w:rsidRDefault="00FA58A4">
            <w:r>
              <w:rPr>
                <w:sz w:val="18"/>
              </w:rPr>
              <w:t>Навесная полка/крючки</w:t>
            </w:r>
          </w:p>
        </w:tc>
        <w:tc>
          <w:tcPr>
            <w:tcW w:w="1134" w:type="dxa"/>
          </w:tcPr>
          <w:p w14:paraId="0373A926" w14:textId="77777777" w:rsidR="00C45D56" w:rsidRDefault="00FA58A4">
            <w:r>
              <w:rPr>
                <w:sz w:val="18"/>
              </w:rPr>
              <w:t>комплект</w:t>
            </w:r>
          </w:p>
        </w:tc>
        <w:tc>
          <w:tcPr>
            <w:tcW w:w="4025" w:type="dxa"/>
          </w:tcPr>
          <w:p w14:paraId="072CCC4F" w14:textId="77777777" w:rsidR="00C45D56" w:rsidRDefault="00FA58A4">
            <w:r>
              <w:rPr>
                <w:sz w:val="18"/>
              </w:rPr>
              <w:t>Для мелких вещей.</w:t>
            </w:r>
          </w:p>
        </w:tc>
      </w:tr>
      <w:tr w:rsidR="00C45D56" w14:paraId="246BF757" w14:textId="77777777">
        <w:trPr>
          <w:jc w:val="center"/>
        </w:trPr>
        <w:tc>
          <w:tcPr>
            <w:tcW w:w="567" w:type="dxa"/>
          </w:tcPr>
          <w:p w14:paraId="7E7BB273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6A79E47B" w14:textId="77777777" w:rsidR="00C45D56" w:rsidRDefault="00FA58A4">
            <w:r>
              <w:rPr>
                <w:sz w:val="18"/>
              </w:rPr>
              <w:t>Корзины или контейнеры</w:t>
            </w:r>
          </w:p>
        </w:tc>
        <w:tc>
          <w:tcPr>
            <w:tcW w:w="1134" w:type="dxa"/>
          </w:tcPr>
          <w:p w14:paraId="613F2284" w14:textId="77777777" w:rsidR="00C45D56" w:rsidRDefault="00FA58A4">
            <w:r>
              <w:rPr>
                <w:sz w:val="18"/>
              </w:rPr>
              <w:t>опция</w:t>
            </w:r>
          </w:p>
        </w:tc>
        <w:tc>
          <w:tcPr>
            <w:tcW w:w="4025" w:type="dxa"/>
          </w:tcPr>
          <w:p w14:paraId="4E1C0801" w14:textId="77777777" w:rsidR="00C45D56" w:rsidRDefault="00FA58A4">
            <w:r>
              <w:rPr>
                <w:sz w:val="18"/>
              </w:rPr>
              <w:t>Для хозяйственных принадлежностей.</w:t>
            </w:r>
          </w:p>
        </w:tc>
      </w:tr>
    </w:tbl>
    <w:p w14:paraId="5CFC8A70" w14:textId="77777777" w:rsidR="00C45D56" w:rsidRDefault="00C45D56"/>
    <w:p w14:paraId="5F57CF9D" w14:textId="77777777" w:rsidR="00C45D56" w:rsidRDefault="00FA58A4">
      <w:r>
        <w:rPr>
          <w:b/>
        </w:rPr>
        <w:t>Текст для карточки сайта:</w:t>
      </w:r>
    </w:p>
    <w:p w14:paraId="46C4AD93" w14:textId="77777777" w:rsidR="00C45D56" w:rsidRDefault="00FA58A4">
      <w:pPr>
        <w:spacing w:after="120"/>
      </w:pPr>
      <w:r>
        <w:t xml:space="preserve">Комплект для кладовки, балкона, </w:t>
      </w:r>
      <w:r>
        <w:t>подсобного помещения или дачи. Помогает разложить вещи по полкам и ящикам, чтобы всё было видно и доступно.</w:t>
      </w:r>
    </w:p>
    <w:p w14:paraId="0243BDB1" w14:textId="77777777" w:rsidR="00C45D56" w:rsidRDefault="00FA58A4">
      <w:r>
        <w:rPr>
          <w:b/>
        </w:rPr>
        <w:t xml:space="preserve">Ссылка/основа для карточки: </w:t>
      </w:r>
      <w:hyperlink r:id="rId25">
        <w:r>
          <w:rPr>
            <w:color w:val="0563C1"/>
            <w:u w:val="single"/>
          </w:rPr>
          <w:t>Пластиковые ящики</w:t>
        </w:r>
      </w:hyperlink>
    </w:p>
    <w:p w14:paraId="7BD0E83E" w14:textId="77777777" w:rsidR="00C45D56" w:rsidRDefault="00C45D56"/>
    <w:p w14:paraId="186A9487" w14:textId="77777777" w:rsidR="00C45D56" w:rsidRDefault="00FA58A4">
      <w:pPr>
        <w:pStyle w:val="21"/>
      </w:pPr>
      <w:r>
        <w:rPr>
          <w:color w:val="1F4E79"/>
        </w:rPr>
        <w:t>13. Готовое р</w:t>
      </w:r>
      <w:r>
        <w:rPr>
          <w:color w:val="1F4E79"/>
        </w:rPr>
        <w:t>ешение «Домашняя мастерская»</w:t>
      </w:r>
    </w:p>
    <w:p w14:paraId="4BD0CF24" w14:textId="77777777" w:rsidR="00C45D56" w:rsidRDefault="00FA58A4">
      <w:r>
        <w:rPr>
          <w:b/>
        </w:rPr>
        <w:t xml:space="preserve">Ценовой уровень: </w:t>
      </w:r>
      <w:r>
        <w:t xml:space="preserve">Средний+ / Профи  |  </w:t>
      </w:r>
      <w:r>
        <w:rPr>
          <w:b/>
        </w:rPr>
        <w:t xml:space="preserve">Ориентир по цене: </w:t>
      </w:r>
      <w:r>
        <w:t>40–80 тыс. ₽</w:t>
      </w:r>
    </w:p>
    <w:p w14:paraId="24A77896" w14:textId="77777777" w:rsidR="00C45D56" w:rsidRDefault="00FA58A4">
      <w:r>
        <w:rPr>
          <w:b/>
        </w:rPr>
        <w:t xml:space="preserve">Задача: </w:t>
      </w:r>
      <w:r>
        <w:t>Сделать дома или на даче удобное место для ремонта, хобби и инструмента.</w:t>
      </w:r>
    </w:p>
    <w:p w14:paraId="47C9EA88" w14:textId="77777777" w:rsidR="00C45D56" w:rsidRDefault="00FA58A4">
      <w:r>
        <w:rPr>
          <w:b/>
        </w:rPr>
        <w:t xml:space="preserve">Кому подходит: </w:t>
      </w:r>
      <w:r>
        <w:t>Домашний мастер, дача, гараж при доме, хобби-зона.</w:t>
      </w:r>
    </w:p>
    <w:p w14:paraId="28374DA8" w14:textId="77777777" w:rsidR="00C45D56" w:rsidRDefault="00FA58A4">
      <w:r>
        <w:t>Состав комп</w:t>
      </w:r>
      <w:r>
        <w:t>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38CA08B6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6CAAEF3C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74A8BC64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0850423D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0A09E605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34D81B2D" w14:textId="77777777">
        <w:trPr>
          <w:jc w:val="center"/>
        </w:trPr>
        <w:tc>
          <w:tcPr>
            <w:tcW w:w="567" w:type="dxa"/>
          </w:tcPr>
          <w:p w14:paraId="39BCFF1E" w14:textId="77777777" w:rsidR="00C45D56" w:rsidRDefault="00FA58A4">
            <w:r>
              <w:rPr>
                <w:sz w:val="18"/>
              </w:rPr>
              <w:lastRenderedPageBreak/>
              <w:t>1</w:t>
            </w:r>
          </w:p>
        </w:tc>
        <w:tc>
          <w:tcPr>
            <w:tcW w:w="3572" w:type="dxa"/>
          </w:tcPr>
          <w:p w14:paraId="2293E2F0" w14:textId="77777777" w:rsidR="00C45D56" w:rsidRDefault="00FA58A4">
            <w:r>
              <w:rPr>
                <w:sz w:val="18"/>
              </w:rPr>
              <w:t>Небольшой верстак или PROFI W 1200</w:t>
            </w:r>
          </w:p>
        </w:tc>
        <w:tc>
          <w:tcPr>
            <w:tcW w:w="1134" w:type="dxa"/>
          </w:tcPr>
          <w:p w14:paraId="1E75DE24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2AD7D376" w14:textId="77777777" w:rsidR="00C45D56" w:rsidRDefault="00FA58A4">
            <w:r>
              <w:rPr>
                <w:sz w:val="18"/>
              </w:rPr>
              <w:t>Рабочая поверхность.</w:t>
            </w:r>
          </w:p>
        </w:tc>
      </w:tr>
      <w:tr w:rsidR="00C45D56" w14:paraId="711B6F34" w14:textId="77777777">
        <w:trPr>
          <w:jc w:val="center"/>
        </w:trPr>
        <w:tc>
          <w:tcPr>
            <w:tcW w:w="567" w:type="dxa"/>
          </w:tcPr>
          <w:p w14:paraId="619767DC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08784CF3" w14:textId="77777777" w:rsidR="00C45D56" w:rsidRDefault="00FA58A4">
            <w:r>
              <w:rPr>
                <w:sz w:val="18"/>
              </w:rPr>
              <w:t>Экран с косынками</w:t>
            </w:r>
          </w:p>
        </w:tc>
        <w:tc>
          <w:tcPr>
            <w:tcW w:w="1134" w:type="dxa"/>
          </w:tcPr>
          <w:p w14:paraId="0A2CBA95" w14:textId="77777777" w:rsidR="00C45D56" w:rsidRDefault="00FA58A4">
            <w:r>
              <w:rPr>
                <w:sz w:val="18"/>
              </w:rPr>
              <w:t>1 компл</w:t>
            </w:r>
          </w:p>
        </w:tc>
        <w:tc>
          <w:tcPr>
            <w:tcW w:w="4025" w:type="dxa"/>
          </w:tcPr>
          <w:p w14:paraId="70FE915C" w14:textId="77777777" w:rsidR="00C45D56" w:rsidRDefault="00FA58A4">
            <w:r>
              <w:rPr>
                <w:sz w:val="18"/>
              </w:rPr>
              <w:t>Хранение инструмента перед глазами.</w:t>
            </w:r>
          </w:p>
        </w:tc>
      </w:tr>
      <w:tr w:rsidR="00C45D56" w14:paraId="0366B7AC" w14:textId="77777777">
        <w:trPr>
          <w:jc w:val="center"/>
        </w:trPr>
        <w:tc>
          <w:tcPr>
            <w:tcW w:w="567" w:type="dxa"/>
          </w:tcPr>
          <w:p w14:paraId="4486169A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671DDD65" w14:textId="77777777" w:rsidR="00C45D56" w:rsidRDefault="00FA58A4">
            <w:r>
              <w:rPr>
                <w:sz w:val="18"/>
              </w:rPr>
              <w:t>Крючки, держатели, полка</w:t>
            </w:r>
          </w:p>
        </w:tc>
        <w:tc>
          <w:tcPr>
            <w:tcW w:w="1134" w:type="dxa"/>
          </w:tcPr>
          <w:p w14:paraId="7FC36885" w14:textId="77777777" w:rsidR="00C45D56" w:rsidRDefault="00FA58A4">
            <w:r>
              <w:rPr>
                <w:sz w:val="18"/>
              </w:rPr>
              <w:t>комплект</w:t>
            </w:r>
          </w:p>
        </w:tc>
        <w:tc>
          <w:tcPr>
            <w:tcW w:w="4025" w:type="dxa"/>
          </w:tcPr>
          <w:p w14:paraId="068DA7B0" w14:textId="77777777" w:rsidR="00C45D56" w:rsidRDefault="00FA58A4">
            <w:r>
              <w:rPr>
                <w:sz w:val="18"/>
              </w:rPr>
              <w:t>Для навесного хранения.</w:t>
            </w:r>
          </w:p>
        </w:tc>
      </w:tr>
      <w:tr w:rsidR="00C45D56" w14:paraId="59688FA2" w14:textId="77777777">
        <w:trPr>
          <w:jc w:val="center"/>
        </w:trPr>
        <w:tc>
          <w:tcPr>
            <w:tcW w:w="567" w:type="dxa"/>
          </w:tcPr>
          <w:p w14:paraId="16A105D2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3A6915F1" w14:textId="77777777" w:rsidR="00C45D56" w:rsidRDefault="00FA58A4">
            <w:r>
              <w:rPr>
                <w:sz w:val="18"/>
              </w:rPr>
              <w:t xml:space="preserve">Ящики </w:t>
            </w:r>
            <w:r>
              <w:rPr>
                <w:sz w:val="18"/>
              </w:rPr>
              <w:t>пластиковые</w:t>
            </w:r>
          </w:p>
        </w:tc>
        <w:tc>
          <w:tcPr>
            <w:tcW w:w="1134" w:type="dxa"/>
          </w:tcPr>
          <w:p w14:paraId="6C7B916B" w14:textId="77777777" w:rsidR="00C45D56" w:rsidRDefault="00FA58A4">
            <w:r>
              <w:rPr>
                <w:sz w:val="18"/>
              </w:rPr>
              <w:t>4–6 шт</w:t>
            </w:r>
          </w:p>
        </w:tc>
        <w:tc>
          <w:tcPr>
            <w:tcW w:w="4025" w:type="dxa"/>
          </w:tcPr>
          <w:p w14:paraId="5B86B207" w14:textId="77777777" w:rsidR="00C45D56" w:rsidRDefault="00FA58A4">
            <w:r>
              <w:rPr>
                <w:sz w:val="18"/>
              </w:rPr>
              <w:t>Для крепежа и деталей.</w:t>
            </w:r>
          </w:p>
        </w:tc>
      </w:tr>
      <w:tr w:rsidR="00C45D56" w14:paraId="1DCEFAAB" w14:textId="77777777">
        <w:trPr>
          <w:jc w:val="center"/>
        </w:trPr>
        <w:tc>
          <w:tcPr>
            <w:tcW w:w="567" w:type="dxa"/>
          </w:tcPr>
          <w:p w14:paraId="1B5B1292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0FE420EA" w14:textId="77777777" w:rsidR="00C45D56" w:rsidRDefault="00FA58A4">
            <w:r>
              <w:rPr>
                <w:sz w:val="18"/>
              </w:rPr>
              <w:t>Небольшой стеллаж</w:t>
            </w:r>
          </w:p>
        </w:tc>
        <w:tc>
          <w:tcPr>
            <w:tcW w:w="1134" w:type="dxa"/>
          </w:tcPr>
          <w:p w14:paraId="3DCF7B7D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5BC13304" w14:textId="77777777" w:rsidR="00C45D56" w:rsidRDefault="00FA58A4">
            <w:r>
              <w:rPr>
                <w:sz w:val="18"/>
              </w:rPr>
              <w:t>Для коробок и расходников.</w:t>
            </w:r>
          </w:p>
        </w:tc>
      </w:tr>
    </w:tbl>
    <w:p w14:paraId="28734046" w14:textId="77777777" w:rsidR="00C45D56" w:rsidRDefault="00C45D56"/>
    <w:p w14:paraId="68758236" w14:textId="77777777" w:rsidR="00C45D56" w:rsidRDefault="00FA58A4">
      <w:r>
        <w:rPr>
          <w:b/>
        </w:rPr>
        <w:t>Текст для карточки сайта:</w:t>
      </w:r>
    </w:p>
    <w:p w14:paraId="7F114813" w14:textId="77777777" w:rsidR="00C45D56" w:rsidRDefault="00FA58A4">
      <w:pPr>
        <w:spacing w:after="120"/>
      </w:pPr>
      <w:r>
        <w:t>Комплект для тех, кто делает ремонт, занимается хобби или хочет иметь дома удобное рабочее место для инструмента. В набор входит рабо</w:t>
      </w:r>
      <w:r>
        <w:t>чая поверхность, экран с держателями, ящики и стеллаж для хранения.</w:t>
      </w:r>
    </w:p>
    <w:p w14:paraId="550707C6" w14:textId="77777777" w:rsidR="00C45D56" w:rsidRDefault="00FA58A4">
      <w:r>
        <w:rPr>
          <w:b/>
        </w:rPr>
        <w:t xml:space="preserve">Ссылка/основа для карточки: </w:t>
      </w:r>
      <w:hyperlink r:id="rId26">
        <w:r>
          <w:rPr>
            <w:color w:val="0563C1"/>
            <w:u w:val="single"/>
          </w:rPr>
          <w:t>Верстаки PROFI W</w:t>
        </w:r>
      </w:hyperlink>
    </w:p>
    <w:p w14:paraId="09C20EF9" w14:textId="77777777" w:rsidR="00C45D56" w:rsidRDefault="00C45D56"/>
    <w:p w14:paraId="74C52A57" w14:textId="77777777" w:rsidR="00C45D56" w:rsidRDefault="00FA58A4">
      <w:pPr>
        <w:pStyle w:val="21"/>
      </w:pPr>
      <w:r>
        <w:rPr>
          <w:color w:val="1F4E79"/>
        </w:rPr>
        <w:t>14. Готовое решение «Рабочий уголок дома»</w:t>
      </w:r>
    </w:p>
    <w:p w14:paraId="4AF63B2C" w14:textId="77777777" w:rsidR="00C45D56" w:rsidRDefault="00FA58A4">
      <w:r>
        <w:rPr>
          <w:b/>
        </w:rPr>
        <w:t>Ценовой у</w:t>
      </w:r>
      <w:r>
        <w:rPr>
          <w:b/>
        </w:rPr>
        <w:t xml:space="preserve">ровень: </w:t>
      </w:r>
      <w:r>
        <w:t xml:space="preserve">Средний / Оптимальный  |  </w:t>
      </w:r>
      <w:r>
        <w:rPr>
          <w:b/>
        </w:rPr>
        <w:t xml:space="preserve">Ориентир по цене: </w:t>
      </w:r>
      <w:r>
        <w:t>40–90 тыс. ₽</w:t>
      </w:r>
    </w:p>
    <w:p w14:paraId="6348F2A8" w14:textId="77777777" w:rsidR="00C45D56" w:rsidRDefault="00FA58A4">
      <w:r>
        <w:rPr>
          <w:b/>
        </w:rPr>
        <w:t xml:space="preserve">Задача: </w:t>
      </w:r>
      <w:r>
        <w:t>Собрать домашнее рабочее место для компьютера, документов и учёбы.</w:t>
      </w:r>
    </w:p>
    <w:p w14:paraId="0091F18C" w14:textId="77777777" w:rsidR="00C45D56" w:rsidRDefault="00FA58A4">
      <w:r>
        <w:rPr>
          <w:b/>
        </w:rPr>
        <w:t xml:space="preserve">Кому подходит: </w:t>
      </w:r>
      <w:r>
        <w:t>Домашний офис, комната школьника, рабочее место для удалённой работы.</w:t>
      </w:r>
    </w:p>
    <w:p w14:paraId="79EC4B84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63900866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791A07FA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76B10551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0025EC3E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49E4A4B8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49E58D3A" w14:textId="77777777">
        <w:trPr>
          <w:jc w:val="center"/>
        </w:trPr>
        <w:tc>
          <w:tcPr>
            <w:tcW w:w="567" w:type="dxa"/>
          </w:tcPr>
          <w:p w14:paraId="279F2C50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2073CB30" w14:textId="77777777" w:rsidR="00C45D56" w:rsidRDefault="00FA58A4">
            <w:r>
              <w:rPr>
                <w:sz w:val="18"/>
              </w:rPr>
              <w:t>Компьютерный или письменный стол</w:t>
            </w:r>
          </w:p>
        </w:tc>
        <w:tc>
          <w:tcPr>
            <w:tcW w:w="1134" w:type="dxa"/>
          </w:tcPr>
          <w:p w14:paraId="1546A6EA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527E1481" w14:textId="77777777" w:rsidR="00C45D56" w:rsidRDefault="00FA58A4">
            <w:r>
              <w:rPr>
                <w:sz w:val="18"/>
              </w:rPr>
              <w:t>Рабочая поверхность.</w:t>
            </w:r>
          </w:p>
        </w:tc>
      </w:tr>
      <w:tr w:rsidR="00C45D56" w14:paraId="0EC3DA87" w14:textId="77777777">
        <w:trPr>
          <w:jc w:val="center"/>
        </w:trPr>
        <w:tc>
          <w:tcPr>
            <w:tcW w:w="567" w:type="dxa"/>
          </w:tcPr>
          <w:p w14:paraId="0667C749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5654ED7F" w14:textId="77777777" w:rsidR="00C45D56" w:rsidRDefault="00FA58A4">
            <w:r>
              <w:rPr>
                <w:sz w:val="18"/>
              </w:rPr>
              <w:t>Офисное кресло</w:t>
            </w:r>
          </w:p>
        </w:tc>
        <w:tc>
          <w:tcPr>
            <w:tcW w:w="1134" w:type="dxa"/>
          </w:tcPr>
          <w:p w14:paraId="132800E6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00B73048" w14:textId="77777777" w:rsidR="00C45D56" w:rsidRDefault="00FA58A4">
            <w:r>
              <w:rPr>
                <w:sz w:val="18"/>
              </w:rPr>
              <w:t>Посадка для работы.</w:t>
            </w:r>
          </w:p>
        </w:tc>
      </w:tr>
      <w:tr w:rsidR="00C45D56" w14:paraId="2DC35DED" w14:textId="77777777">
        <w:trPr>
          <w:jc w:val="center"/>
        </w:trPr>
        <w:tc>
          <w:tcPr>
            <w:tcW w:w="567" w:type="dxa"/>
          </w:tcPr>
          <w:p w14:paraId="0AA33282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31D54C74" w14:textId="77777777" w:rsidR="00C45D56" w:rsidRDefault="00FA58A4">
            <w:r>
              <w:rPr>
                <w:sz w:val="18"/>
              </w:rPr>
              <w:t>Тумба подкатная</w:t>
            </w:r>
          </w:p>
        </w:tc>
        <w:tc>
          <w:tcPr>
            <w:tcW w:w="1134" w:type="dxa"/>
          </w:tcPr>
          <w:p w14:paraId="5EE2C835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3D277514" w14:textId="77777777" w:rsidR="00C45D56" w:rsidRDefault="00FA58A4">
            <w:r>
              <w:rPr>
                <w:sz w:val="18"/>
              </w:rPr>
              <w:t>Хранение документов и мелочей.</w:t>
            </w:r>
          </w:p>
        </w:tc>
      </w:tr>
      <w:tr w:rsidR="00C45D56" w14:paraId="371B883B" w14:textId="77777777">
        <w:trPr>
          <w:jc w:val="center"/>
        </w:trPr>
        <w:tc>
          <w:tcPr>
            <w:tcW w:w="567" w:type="dxa"/>
          </w:tcPr>
          <w:p w14:paraId="3AF728E3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36E8537F" w14:textId="77777777" w:rsidR="00C45D56" w:rsidRDefault="00FA58A4">
            <w:r>
              <w:rPr>
                <w:sz w:val="18"/>
              </w:rPr>
              <w:t>Стеллаж или шкаф</w:t>
            </w:r>
          </w:p>
        </w:tc>
        <w:tc>
          <w:tcPr>
            <w:tcW w:w="1134" w:type="dxa"/>
          </w:tcPr>
          <w:p w14:paraId="09D81079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40FCA38F" w14:textId="77777777" w:rsidR="00C45D56" w:rsidRDefault="00FA58A4">
            <w:r>
              <w:rPr>
                <w:sz w:val="18"/>
              </w:rPr>
              <w:t>Для папок, книг и техники.</w:t>
            </w:r>
          </w:p>
        </w:tc>
      </w:tr>
    </w:tbl>
    <w:p w14:paraId="36460CC3" w14:textId="77777777" w:rsidR="00C45D56" w:rsidRDefault="00C45D56"/>
    <w:p w14:paraId="386459B3" w14:textId="77777777" w:rsidR="00C45D56" w:rsidRDefault="00FA58A4">
      <w:r>
        <w:rPr>
          <w:b/>
        </w:rPr>
        <w:t>Текст для карточки сайта:</w:t>
      </w:r>
    </w:p>
    <w:p w14:paraId="7CD1FF17" w14:textId="77777777" w:rsidR="00C45D56" w:rsidRDefault="00FA58A4">
      <w:pPr>
        <w:spacing w:after="120"/>
      </w:pPr>
      <w:r>
        <w:t>Комплект для организации рабочего места дома. Подходит для работы за компьютером, учёбы, хранения документов и канцелярии.</w:t>
      </w:r>
    </w:p>
    <w:p w14:paraId="1F34181C" w14:textId="77777777" w:rsidR="00C45D56" w:rsidRDefault="00FA58A4">
      <w:r>
        <w:rPr>
          <w:b/>
        </w:rPr>
        <w:t xml:space="preserve">Ссылка/основа для карточки: </w:t>
      </w:r>
      <w:hyperlink r:id="rId27">
        <w:r>
          <w:rPr>
            <w:color w:val="0563C1"/>
            <w:u w:val="single"/>
          </w:rPr>
          <w:t>Кресла и стулья</w:t>
        </w:r>
      </w:hyperlink>
    </w:p>
    <w:p w14:paraId="2C8D9C4D" w14:textId="77777777" w:rsidR="00C45D56" w:rsidRDefault="00C45D56"/>
    <w:p w14:paraId="4FB1FD4E" w14:textId="77777777" w:rsidR="00C45D56" w:rsidRDefault="00FA58A4">
      <w:pPr>
        <w:pStyle w:val="21"/>
      </w:pPr>
      <w:r>
        <w:rPr>
          <w:color w:val="1F4E79"/>
        </w:rPr>
        <w:t>15. Г</w:t>
      </w:r>
      <w:r>
        <w:rPr>
          <w:color w:val="1F4E79"/>
        </w:rPr>
        <w:t>отовое решение «Домашний кабинет»</w:t>
      </w:r>
    </w:p>
    <w:p w14:paraId="7A4F702D" w14:textId="77777777" w:rsidR="00C45D56" w:rsidRDefault="00FA58A4">
      <w:r>
        <w:rPr>
          <w:b/>
        </w:rPr>
        <w:t xml:space="preserve">Ценовой уровень: </w:t>
      </w:r>
      <w:r>
        <w:t xml:space="preserve">Высокий / Под ключ  |  </w:t>
      </w:r>
      <w:r>
        <w:rPr>
          <w:b/>
        </w:rPr>
        <w:t xml:space="preserve">Ориентир по цене: </w:t>
      </w:r>
      <w:r>
        <w:t>90–180 тыс. ₽</w:t>
      </w:r>
    </w:p>
    <w:p w14:paraId="548F5C31" w14:textId="77777777" w:rsidR="00C45D56" w:rsidRDefault="00FA58A4">
      <w:r>
        <w:rPr>
          <w:b/>
        </w:rPr>
        <w:t xml:space="preserve">Задача: </w:t>
      </w:r>
      <w:r>
        <w:t>Собрать полноценный кабинет дома.</w:t>
      </w:r>
    </w:p>
    <w:p w14:paraId="1AD0A8BB" w14:textId="77777777" w:rsidR="00C45D56" w:rsidRDefault="00FA58A4">
      <w:r>
        <w:rPr>
          <w:b/>
        </w:rPr>
        <w:t xml:space="preserve">Кому подходит: </w:t>
      </w:r>
      <w:r>
        <w:t>Руководитель, специалист на удалёнке, домашний офис.</w:t>
      </w:r>
    </w:p>
    <w:p w14:paraId="51E5DB1C" w14:textId="77777777" w:rsidR="00C45D56" w:rsidRDefault="00FA58A4">
      <w:r>
        <w:t>Состав комплекта: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572"/>
        <w:gridCol w:w="1134"/>
        <w:gridCol w:w="4025"/>
      </w:tblGrid>
      <w:tr w:rsidR="00C45D56" w14:paraId="087AC420" w14:textId="77777777">
        <w:trPr>
          <w:jc w:val="center"/>
        </w:trPr>
        <w:tc>
          <w:tcPr>
            <w:tcW w:w="567" w:type="dxa"/>
            <w:shd w:val="clear" w:color="auto" w:fill="1F4E79"/>
            <w:vAlign w:val="center"/>
          </w:tcPr>
          <w:p w14:paraId="7A139E74" w14:textId="77777777" w:rsidR="00C45D56" w:rsidRDefault="00FA58A4">
            <w:r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3572" w:type="dxa"/>
            <w:shd w:val="clear" w:color="auto" w:fill="1F4E79"/>
            <w:vAlign w:val="center"/>
          </w:tcPr>
          <w:p w14:paraId="5DB2CDD0" w14:textId="77777777" w:rsidR="00C45D56" w:rsidRDefault="00FA58A4">
            <w:r>
              <w:rPr>
                <w:b/>
                <w:color w:val="FFFFFF"/>
                <w:sz w:val="18"/>
              </w:rPr>
              <w:t>Комплектующая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2F8E8033" w14:textId="77777777" w:rsidR="00C45D56" w:rsidRDefault="00FA58A4">
            <w:r>
              <w:rPr>
                <w:b/>
                <w:color w:val="FFFFFF"/>
                <w:sz w:val="18"/>
              </w:rPr>
              <w:t>Кол-во</w:t>
            </w:r>
          </w:p>
        </w:tc>
        <w:tc>
          <w:tcPr>
            <w:tcW w:w="4025" w:type="dxa"/>
            <w:shd w:val="clear" w:color="auto" w:fill="1F4E79"/>
            <w:vAlign w:val="center"/>
          </w:tcPr>
          <w:p w14:paraId="08D903FD" w14:textId="77777777" w:rsidR="00C45D56" w:rsidRDefault="00FA58A4">
            <w:r>
              <w:rPr>
                <w:b/>
                <w:color w:val="FFFFFF"/>
                <w:sz w:val="18"/>
              </w:rPr>
              <w:t>Зачем нужна</w:t>
            </w:r>
          </w:p>
        </w:tc>
      </w:tr>
      <w:tr w:rsidR="00C45D56" w14:paraId="759A8B02" w14:textId="77777777">
        <w:trPr>
          <w:jc w:val="center"/>
        </w:trPr>
        <w:tc>
          <w:tcPr>
            <w:tcW w:w="567" w:type="dxa"/>
          </w:tcPr>
          <w:p w14:paraId="68C2B07A" w14:textId="77777777" w:rsidR="00C45D56" w:rsidRDefault="00FA58A4">
            <w:r>
              <w:rPr>
                <w:sz w:val="18"/>
              </w:rPr>
              <w:t>1</w:t>
            </w:r>
          </w:p>
        </w:tc>
        <w:tc>
          <w:tcPr>
            <w:tcW w:w="3572" w:type="dxa"/>
          </w:tcPr>
          <w:p w14:paraId="0FF922A6" w14:textId="77777777" w:rsidR="00C45D56" w:rsidRDefault="00FA58A4">
            <w:r>
              <w:rPr>
                <w:sz w:val="18"/>
              </w:rPr>
              <w:t>Стол руководителя или письменный стол</w:t>
            </w:r>
          </w:p>
        </w:tc>
        <w:tc>
          <w:tcPr>
            <w:tcW w:w="1134" w:type="dxa"/>
          </w:tcPr>
          <w:p w14:paraId="63B2E41D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60E61402" w14:textId="77777777" w:rsidR="00C45D56" w:rsidRDefault="00FA58A4">
            <w:r>
              <w:rPr>
                <w:sz w:val="18"/>
              </w:rPr>
              <w:t>Основное рабочее место.</w:t>
            </w:r>
          </w:p>
        </w:tc>
      </w:tr>
      <w:tr w:rsidR="00C45D56" w14:paraId="5B649402" w14:textId="77777777">
        <w:trPr>
          <w:jc w:val="center"/>
        </w:trPr>
        <w:tc>
          <w:tcPr>
            <w:tcW w:w="567" w:type="dxa"/>
          </w:tcPr>
          <w:p w14:paraId="44D3B659" w14:textId="77777777" w:rsidR="00C45D56" w:rsidRDefault="00FA58A4">
            <w:r>
              <w:rPr>
                <w:sz w:val="18"/>
              </w:rPr>
              <w:t>2</w:t>
            </w:r>
          </w:p>
        </w:tc>
        <w:tc>
          <w:tcPr>
            <w:tcW w:w="3572" w:type="dxa"/>
          </w:tcPr>
          <w:p w14:paraId="09076075" w14:textId="77777777" w:rsidR="00C45D56" w:rsidRDefault="00FA58A4">
            <w:r>
              <w:rPr>
                <w:sz w:val="18"/>
              </w:rPr>
              <w:t>Эргономичное кресло</w:t>
            </w:r>
          </w:p>
        </w:tc>
        <w:tc>
          <w:tcPr>
            <w:tcW w:w="1134" w:type="dxa"/>
          </w:tcPr>
          <w:p w14:paraId="7B0C2019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1B3856BF" w14:textId="77777777" w:rsidR="00C45D56" w:rsidRDefault="00FA58A4">
            <w:r>
              <w:rPr>
                <w:sz w:val="18"/>
              </w:rPr>
              <w:t>Для длительной работы.</w:t>
            </w:r>
          </w:p>
        </w:tc>
      </w:tr>
      <w:tr w:rsidR="00C45D56" w14:paraId="47D557BF" w14:textId="77777777">
        <w:trPr>
          <w:jc w:val="center"/>
        </w:trPr>
        <w:tc>
          <w:tcPr>
            <w:tcW w:w="567" w:type="dxa"/>
          </w:tcPr>
          <w:p w14:paraId="3C8EFA87" w14:textId="77777777" w:rsidR="00C45D56" w:rsidRDefault="00FA58A4">
            <w:r>
              <w:rPr>
                <w:sz w:val="18"/>
              </w:rPr>
              <w:t>3</w:t>
            </w:r>
          </w:p>
        </w:tc>
        <w:tc>
          <w:tcPr>
            <w:tcW w:w="3572" w:type="dxa"/>
          </w:tcPr>
          <w:p w14:paraId="542DD2CD" w14:textId="77777777" w:rsidR="00C45D56" w:rsidRDefault="00FA58A4">
            <w:r>
              <w:rPr>
                <w:sz w:val="18"/>
              </w:rPr>
              <w:t>Тумба</w:t>
            </w:r>
          </w:p>
        </w:tc>
        <w:tc>
          <w:tcPr>
            <w:tcW w:w="1134" w:type="dxa"/>
          </w:tcPr>
          <w:p w14:paraId="7CFCE06E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0C3AD3A0" w14:textId="77777777" w:rsidR="00C45D56" w:rsidRDefault="00FA58A4">
            <w:r>
              <w:rPr>
                <w:sz w:val="18"/>
              </w:rPr>
              <w:t>Хранение документов.</w:t>
            </w:r>
          </w:p>
        </w:tc>
      </w:tr>
      <w:tr w:rsidR="00C45D56" w14:paraId="03751964" w14:textId="77777777">
        <w:trPr>
          <w:jc w:val="center"/>
        </w:trPr>
        <w:tc>
          <w:tcPr>
            <w:tcW w:w="567" w:type="dxa"/>
          </w:tcPr>
          <w:p w14:paraId="5E94242F" w14:textId="77777777" w:rsidR="00C45D56" w:rsidRDefault="00FA58A4">
            <w:r>
              <w:rPr>
                <w:sz w:val="18"/>
              </w:rPr>
              <w:t>4</w:t>
            </w:r>
          </w:p>
        </w:tc>
        <w:tc>
          <w:tcPr>
            <w:tcW w:w="3572" w:type="dxa"/>
          </w:tcPr>
          <w:p w14:paraId="743D0B31" w14:textId="77777777" w:rsidR="00C45D56" w:rsidRDefault="00FA58A4">
            <w:r>
              <w:rPr>
                <w:sz w:val="18"/>
              </w:rPr>
              <w:t>Шкаф для документов</w:t>
            </w:r>
          </w:p>
        </w:tc>
        <w:tc>
          <w:tcPr>
            <w:tcW w:w="1134" w:type="dxa"/>
          </w:tcPr>
          <w:p w14:paraId="64E35B1F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012BAC14" w14:textId="77777777" w:rsidR="00C45D56" w:rsidRDefault="00FA58A4">
            <w:r>
              <w:rPr>
                <w:sz w:val="18"/>
              </w:rPr>
              <w:t>Для папок и бумаг.</w:t>
            </w:r>
          </w:p>
        </w:tc>
      </w:tr>
      <w:tr w:rsidR="00C45D56" w14:paraId="7CFA99C4" w14:textId="77777777">
        <w:trPr>
          <w:jc w:val="center"/>
        </w:trPr>
        <w:tc>
          <w:tcPr>
            <w:tcW w:w="567" w:type="dxa"/>
          </w:tcPr>
          <w:p w14:paraId="3E5BC58E" w14:textId="77777777" w:rsidR="00C45D56" w:rsidRDefault="00FA58A4">
            <w:r>
              <w:rPr>
                <w:sz w:val="18"/>
              </w:rPr>
              <w:t>5</w:t>
            </w:r>
          </w:p>
        </w:tc>
        <w:tc>
          <w:tcPr>
            <w:tcW w:w="3572" w:type="dxa"/>
          </w:tcPr>
          <w:p w14:paraId="61B6AEB6" w14:textId="77777777" w:rsidR="00C45D56" w:rsidRDefault="00FA58A4">
            <w:r>
              <w:rPr>
                <w:sz w:val="18"/>
              </w:rPr>
              <w:t>Стеллаж</w:t>
            </w:r>
          </w:p>
        </w:tc>
        <w:tc>
          <w:tcPr>
            <w:tcW w:w="1134" w:type="dxa"/>
          </w:tcPr>
          <w:p w14:paraId="385959B4" w14:textId="77777777" w:rsidR="00C45D56" w:rsidRDefault="00FA58A4">
            <w:r>
              <w:rPr>
                <w:sz w:val="18"/>
              </w:rPr>
              <w:t>1 шт</w:t>
            </w:r>
          </w:p>
        </w:tc>
        <w:tc>
          <w:tcPr>
            <w:tcW w:w="4025" w:type="dxa"/>
          </w:tcPr>
          <w:p w14:paraId="56D32335" w14:textId="77777777" w:rsidR="00C45D56" w:rsidRDefault="00FA58A4">
            <w:r>
              <w:rPr>
                <w:sz w:val="18"/>
              </w:rPr>
              <w:t xml:space="preserve">Для книг, техники и </w:t>
            </w:r>
            <w:r>
              <w:rPr>
                <w:sz w:val="18"/>
              </w:rPr>
              <w:t>декора.</w:t>
            </w:r>
          </w:p>
        </w:tc>
      </w:tr>
    </w:tbl>
    <w:p w14:paraId="34E9FB86" w14:textId="77777777" w:rsidR="00C45D56" w:rsidRDefault="00C45D56"/>
    <w:p w14:paraId="0F631F52" w14:textId="77777777" w:rsidR="00C45D56" w:rsidRDefault="00FA58A4">
      <w:r>
        <w:rPr>
          <w:b/>
        </w:rPr>
        <w:t>Текст для карточки сайта:</w:t>
      </w:r>
    </w:p>
    <w:p w14:paraId="68B545E2" w14:textId="77777777" w:rsidR="00C45D56" w:rsidRDefault="00FA58A4">
      <w:pPr>
        <w:spacing w:after="120"/>
      </w:pPr>
      <w:r>
        <w:t>Комплект для полноценного кабинета дома. В набор входит стол, удобное кресло, тумба, шкаф и стеллаж для документов, книг и рабочих принадлежностей.</w:t>
      </w:r>
    </w:p>
    <w:p w14:paraId="0D46D8AE" w14:textId="77777777" w:rsidR="00C45D56" w:rsidRDefault="00FA58A4">
      <w:r>
        <w:rPr>
          <w:b/>
        </w:rPr>
        <w:t xml:space="preserve">Ссылка/основа для карточки: </w:t>
      </w:r>
      <w:hyperlink r:id="rId28">
        <w:r>
          <w:rPr>
            <w:color w:val="0563C1"/>
            <w:u w:val="single"/>
          </w:rPr>
          <w:t>Кресла и стулья</w:t>
        </w:r>
      </w:hyperlink>
    </w:p>
    <w:p w14:paraId="71F33C10" w14:textId="77777777" w:rsidR="00C45D56" w:rsidRDefault="00C45D56"/>
    <w:p w14:paraId="1B541C23" w14:textId="77777777" w:rsidR="00C45D56" w:rsidRDefault="00FA58A4">
      <w:r>
        <w:br w:type="page"/>
      </w:r>
    </w:p>
    <w:p w14:paraId="04C83AF8" w14:textId="77777777" w:rsidR="00C45D56" w:rsidRDefault="00FA58A4">
      <w:pPr>
        <w:pStyle w:val="1"/>
      </w:pPr>
      <w:r>
        <w:rPr>
          <w:color w:val="1F4E79"/>
        </w:rPr>
        <w:lastRenderedPageBreak/>
        <w:t>Шаблон текста для карточки комплекта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C45D56" w14:paraId="3A6C445D" w14:textId="77777777">
        <w:trPr>
          <w:jc w:val="center"/>
        </w:trPr>
        <w:tc>
          <w:tcPr>
            <w:tcW w:w="10205" w:type="dxa"/>
            <w:shd w:val="clear" w:color="auto" w:fill="EAF3FF"/>
          </w:tcPr>
          <w:p w14:paraId="108ADDD1" w14:textId="77777777" w:rsidR="00C45D56" w:rsidRDefault="00FA58A4">
            <w:pPr>
              <w:spacing w:after="60"/>
            </w:pPr>
            <w:r>
              <w:rPr>
                <w:b/>
                <w:color w:val="1F4E79"/>
              </w:rPr>
              <w:t>Название карточки</w:t>
            </w:r>
            <w:r>
              <w:br/>
            </w:r>
            <w:r>
              <w:rPr>
                <w:sz w:val="19"/>
              </w:rPr>
              <w:t>Готовое решение для гаража «Выбор мастера 15 предметов»</w:t>
            </w:r>
          </w:p>
        </w:tc>
      </w:tr>
    </w:tbl>
    <w:p w14:paraId="6687686B" w14:textId="77777777" w:rsidR="00C45D56" w:rsidRDefault="00C45D5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C45D56" w14:paraId="507E4071" w14:textId="77777777">
        <w:trPr>
          <w:jc w:val="center"/>
        </w:trPr>
        <w:tc>
          <w:tcPr>
            <w:tcW w:w="10205" w:type="dxa"/>
            <w:shd w:val="clear" w:color="auto" w:fill="EAF3FF"/>
          </w:tcPr>
          <w:p w14:paraId="73BDB965" w14:textId="77777777" w:rsidR="00C45D56" w:rsidRDefault="00FA58A4">
            <w:pPr>
              <w:spacing w:after="60"/>
            </w:pPr>
            <w:r>
              <w:rPr>
                <w:b/>
                <w:color w:val="1F4E79"/>
              </w:rPr>
              <w:t>Короткое описание</w:t>
            </w:r>
            <w:r>
              <w:br/>
            </w:r>
            <w:r>
              <w:rPr>
                <w:sz w:val="19"/>
              </w:rPr>
              <w:t xml:space="preserve">Комплект для организации рабочего места и хранения в гараже или мастерской. В набор </w:t>
            </w:r>
            <w:r>
              <w:rPr>
                <w:sz w:val="19"/>
              </w:rPr>
              <w:t>входит верстак PROFI W, экран с аксессуарами, стеллаж, пластиковые ящики и тележка.</w:t>
            </w:r>
          </w:p>
        </w:tc>
      </w:tr>
    </w:tbl>
    <w:p w14:paraId="167B067F" w14:textId="77777777" w:rsidR="00C45D56" w:rsidRDefault="00C45D5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C45D56" w14:paraId="1F4D9F64" w14:textId="77777777">
        <w:trPr>
          <w:jc w:val="center"/>
        </w:trPr>
        <w:tc>
          <w:tcPr>
            <w:tcW w:w="10205" w:type="dxa"/>
            <w:shd w:val="clear" w:color="auto" w:fill="EAF3FF"/>
          </w:tcPr>
          <w:p w14:paraId="08B4E8A4" w14:textId="77777777" w:rsidR="00C45D56" w:rsidRDefault="00FA58A4">
            <w:pPr>
              <w:spacing w:after="60"/>
            </w:pPr>
            <w:r>
              <w:rPr>
                <w:b/>
                <w:color w:val="1F4E79"/>
              </w:rPr>
              <w:t>Для чего подходит</w:t>
            </w:r>
            <w:r>
              <w:br/>
            </w:r>
            <w:r>
              <w:rPr>
                <w:sz w:val="19"/>
              </w:rPr>
              <w:t>Подходит для хранения инструмента, крепежа, расходников, запчастей, автохимии и мелких деталей. Помогает собрать рабочую зону, где всё находится на виду</w:t>
            </w:r>
            <w:r>
              <w:rPr>
                <w:sz w:val="19"/>
              </w:rPr>
              <w:t xml:space="preserve"> и под рукой.</w:t>
            </w:r>
          </w:p>
        </w:tc>
      </w:tr>
    </w:tbl>
    <w:p w14:paraId="7FE88190" w14:textId="77777777" w:rsidR="00C45D56" w:rsidRDefault="00C45D56"/>
    <w:p w14:paraId="15BF6109" w14:textId="77777777" w:rsidR="00C45D56" w:rsidRDefault="00FA58A4">
      <w:r>
        <w:rPr>
          <w:b/>
        </w:rPr>
        <w:t>Преимущества для карточки:</w:t>
      </w:r>
    </w:p>
    <w:p w14:paraId="69FA4326" w14:textId="77777777" w:rsidR="00C45D56" w:rsidRDefault="00FA58A4">
      <w:pPr>
        <w:pStyle w:val="a0"/>
      </w:pPr>
      <w:r>
        <w:t>Не нужно подбирать товары по отдельности.</w:t>
      </w:r>
    </w:p>
    <w:p w14:paraId="40EF0171" w14:textId="77777777" w:rsidR="00C45D56" w:rsidRDefault="00FA58A4">
      <w:pPr>
        <w:pStyle w:val="a0"/>
      </w:pPr>
      <w:r>
        <w:t>Все комплектующие подходят друг к другу.</w:t>
      </w:r>
    </w:p>
    <w:p w14:paraId="2C171076" w14:textId="77777777" w:rsidR="00C45D56" w:rsidRDefault="00FA58A4">
      <w:pPr>
        <w:pStyle w:val="a0"/>
      </w:pPr>
      <w:r>
        <w:t>Есть рабочая поверхность, хранение и навесной экран.</w:t>
      </w:r>
    </w:p>
    <w:p w14:paraId="0BDF527E" w14:textId="77777777" w:rsidR="00C45D56" w:rsidRDefault="00FA58A4">
      <w:pPr>
        <w:pStyle w:val="a0"/>
      </w:pPr>
      <w:r>
        <w:t>Можно докупить дополнительные крючки, ящики и полки.</w:t>
      </w:r>
    </w:p>
    <w:p w14:paraId="116C542A" w14:textId="77777777" w:rsidR="00C45D56" w:rsidRDefault="00FA58A4">
      <w:pPr>
        <w:pStyle w:val="a0"/>
      </w:pPr>
      <w:r>
        <w:t>Подходит для гаража, мас</w:t>
      </w:r>
      <w:r>
        <w:t>терской, склада и хозяйственного помещения.</w:t>
      </w:r>
    </w:p>
    <w:p w14:paraId="03E57F11" w14:textId="77777777" w:rsidR="00C45D56" w:rsidRDefault="00FA58A4">
      <w:r>
        <w:rPr>
          <w:b/>
        </w:rPr>
        <w:t>Призыв к покупке:</w:t>
      </w:r>
    </w:p>
    <w:p w14:paraId="16485E4F" w14:textId="77777777" w:rsidR="00C45D56" w:rsidRDefault="00FA58A4">
      <w:r>
        <w:t>Закажите готовое решение в Оникс. Поможем подобрать комплект под размеры помещения, нагрузку, инструмент и бюджет.</w:t>
      </w:r>
    </w:p>
    <w:p w14:paraId="7156B9D7" w14:textId="77777777" w:rsidR="00C45D56" w:rsidRDefault="00FA58A4">
      <w:pPr>
        <w:pStyle w:val="1"/>
      </w:pPr>
      <w:r>
        <w:rPr>
          <w:color w:val="1F4E79"/>
        </w:rPr>
        <w:t>Рекомендуемая структура раздела на сайте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370"/>
      </w:tblGrid>
      <w:tr w:rsidR="00C45D56" w14:paraId="41101E82" w14:textId="77777777">
        <w:trPr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27244F57" w14:textId="77777777" w:rsidR="00C45D56" w:rsidRDefault="00FA58A4">
            <w:r>
              <w:rPr>
                <w:b/>
                <w:color w:val="FFFFFF"/>
                <w:sz w:val="18"/>
              </w:rPr>
              <w:t>Раздел</w:t>
            </w:r>
          </w:p>
        </w:tc>
        <w:tc>
          <w:tcPr>
            <w:tcW w:w="7370" w:type="dxa"/>
            <w:shd w:val="clear" w:color="auto" w:fill="1F4E79"/>
            <w:vAlign w:val="center"/>
          </w:tcPr>
          <w:p w14:paraId="3704752D" w14:textId="77777777" w:rsidR="00C45D56" w:rsidRDefault="00FA58A4">
            <w:r>
              <w:rPr>
                <w:b/>
                <w:color w:val="FFFFFF"/>
                <w:sz w:val="18"/>
              </w:rPr>
              <w:t>Комплекты внутри</w:t>
            </w:r>
          </w:p>
        </w:tc>
      </w:tr>
      <w:tr w:rsidR="00C45D56" w14:paraId="1BE577F0" w14:textId="77777777">
        <w:trPr>
          <w:jc w:val="center"/>
        </w:trPr>
        <w:tc>
          <w:tcPr>
            <w:tcW w:w="2268" w:type="dxa"/>
          </w:tcPr>
          <w:p w14:paraId="226F2EEE" w14:textId="77777777" w:rsidR="00C45D56" w:rsidRDefault="00FA58A4">
            <w:r>
              <w:rPr>
                <w:sz w:val="18"/>
              </w:rPr>
              <w:t xml:space="preserve">Для </w:t>
            </w:r>
            <w:r>
              <w:rPr>
                <w:sz w:val="18"/>
              </w:rPr>
              <w:t>гаража</w:t>
            </w:r>
          </w:p>
        </w:tc>
        <w:tc>
          <w:tcPr>
            <w:tcW w:w="7370" w:type="dxa"/>
          </w:tcPr>
          <w:p w14:paraId="1E6821CD" w14:textId="77777777" w:rsidR="00C45D56" w:rsidRDefault="00FA58A4">
            <w:r>
              <w:rPr>
                <w:sz w:val="18"/>
              </w:rPr>
              <w:t>Гараж Старт; Порядок в гараже; Рабочее место гаражное; Выбор мастера; Гараж Профи</w:t>
            </w:r>
          </w:p>
        </w:tc>
      </w:tr>
      <w:tr w:rsidR="00C45D56" w14:paraId="138DC8E7" w14:textId="77777777">
        <w:trPr>
          <w:jc w:val="center"/>
        </w:trPr>
        <w:tc>
          <w:tcPr>
            <w:tcW w:w="2268" w:type="dxa"/>
          </w:tcPr>
          <w:p w14:paraId="4D36EA15" w14:textId="77777777" w:rsidR="00C45D56" w:rsidRDefault="00FA58A4">
            <w:r>
              <w:rPr>
                <w:sz w:val="18"/>
              </w:rPr>
              <w:t>Для склада</w:t>
            </w:r>
          </w:p>
        </w:tc>
        <w:tc>
          <w:tcPr>
            <w:tcW w:w="7370" w:type="dxa"/>
          </w:tcPr>
          <w:p w14:paraId="4EBF14CD" w14:textId="77777777" w:rsidR="00C45D56" w:rsidRDefault="00FA58A4">
            <w:r>
              <w:rPr>
                <w:sz w:val="18"/>
              </w:rPr>
              <w:t>Склад Старт; Складской порядок; Склад для магазина; Склад усиленный; Склад под ключ</w:t>
            </w:r>
          </w:p>
        </w:tc>
      </w:tr>
      <w:tr w:rsidR="00C45D56" w14:paraId="1CF4D6DF" w14:textId="77777777">
        <w:trPr>
          <w:jc w:val="center"/>
        </w:trPr>
        <w:tc>
          <w:tcPr>
            <w:tcW w:w="2268" w:type="dxa"/>
          </w:tcPr>
          <w:p w14:paraId="416103E2" w14:textId="77777777" w:rsidR="00C45D56" w:rsidRDefault="00FA58A4">
            <w:r>
              <w:rPr>
                <w:sz w:val="18"/>
              </w:rPr>
              <w:t>Для дома</w:t>
            </w:r>
          </w:p>
        </w:tc>
        <w:tc>
          <w:tcPr>
            <w:tcW w:w="7370" w:type="dxa"/>
          </w:tcPr>
          <w:p w14:paraId="41DED742" w14:textId="77777777" w:rsidR="00C45D56" w:rsidRDefault="00FA58A4">
            <w:r>
              <w:rPr>
                <w:sz w:val="18"/>
              </w:rPr>
              <w:t>Домашнее хранение Старт; Порядок в кладовке; Домашняя мастерс</w:t>
            </w:r>
            <w:r>
              <w:rPr>
                <w:sz w:val="18"/>
              </w:rPr>
              <w:t>кая; Рабочий уголок дома; Домашний кабинет</w:t>
            </w:r>
          </w:p>
        </w:tc>
      </w:tr>
      <w:tr w:rsidR="00C45D56" w14:paraId="5ADB9A7C" w14:textId="77777777">
        <w:trPr>
          <w:jc w:val="center"/>
        </w:trPr>
        <w:tc>
          <w:tcPr>
            <w:tcW w:w="2268" w:type="dxa"/>
          </w:tcPr>
          <w:p w14:paraId="77E3DEF5" w14:textId="77777777" w:rsidR="00C45D56" w:rsidRDefault="00FA58A4">
            <w:r>
              <w:rPr>
                <w:sz w:val="18"/>
              </w:rPr>
              <w:t>Для бизнеса</w:t>
            </w:r>
          </w:p>
        </w:tc>
        <w:tc>
          <w:tcPr>
            <w:tcW w:w="7370" w:type="dxa"/>
          </w:tcPr>
          <w:p w14:paraId="7BED54D0" w14:textId="77777777" w:rsidR="00C45D56" w:rsidRDefault="00FA58A4">
            <w:r>
              <w:rPr>
                <w:sz w:val="18"/>
              </w:rPr>
              <w:t>Подсобка магазина; Рабочее место мастера; Упаковочная зона; Склад расходников; Сервисная зона</w:t>
            </w:r>
          </w:p>
        </w:tc>
      </w:tr>
    </w:tbl>
    <w:p w14:paraId="35C268AE" w14:textId="77777777" w:rsidR="00C45D56" w:rsidRDefault="00FA58A4">
      <w:r>
        <w:rPr>
          <w:b/>
        </w:rPr>
        <w:t xml:space="preserve">Первая партия для запуска: </w:t>
      </w:r>
      <w:r>
        <w:t>Гараж Старт, Рабочее место PROFI W, Выбор мастера 15 предметов, Гараж Профи, С</w:t>
      </w:r>
      <w:r>
        <w:t>клад Старт, Склад усиленный.</w:t>
      </w:r>
    </w:p>
    <w:sectPr w:rsidR="00C45D56" w:rsidSect="00034616">
      <w:footerReference w:type="default" r:id="rId29"/>
      <w:pgSz w:w="11906" w:h="16838"/>
      <w:pgMar w:top="850" w:right="794" w:bottom="85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0D75F" w14:textId="77777777" w:rsidR="00FA58A4" w:rsidRDefault="00FA58A4">
      <w:pPr>
        <w:spacing w:after="0" w:line="240" w:lineRule="auto"/>
      </w:pPr>
      <w:r>
        <w:separator/>
      </w:r>
    </w:p>
  </w:endnote>
  <w:endnote w:type="continuationSeparator" w:id="0">
    <w:p w14:paraId="5DFC98B9" w14:textId="77777777" w:rsidR="00FA58A4" w:rsidRDefault="00FA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3D1D" w14:textId="77777777" w:rsidR="00C45D56" w:rsidRDefault="00FA58A4">
    <w:pPr>
      <w:pStyle w:val="a7"/>
      <w:jc w:val="center"/>
    </w:pPr>
    <w:r>
      <w:rPr>
        <w:color w:val="808080"/>
        <w:sz w:val="16"/>
      </w:rPr>
      <w:t>Оникс — готовые решения для гаража, склада и дома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4F43" w14:textId="77777777" w:rsidR="00FA58A4" w:rsidRDefault="00FA58A4">
      <w:pPr>
        <w:spacing w:after="0" w:line="240" w:lineRule="auto"/>
      </w:pPr>
      <w:r>
        <w:separator/>
      </w:r>
    </w:p>
  </w:footnote>
  <w:footnote w:type="continuationSeparator" w:id="0">
    <w:p w14:paraId="4D7280C6" w14:textId="77777777" w:rsidR="00FA58A4" w:rsidRDefault="00FA5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34F7"/>
    <w:rsid w:val="0029639D"/>
    <w:rsid w:val="00326F90"/>
    <w:rsid w:val="00AA1D8D"/>
    <w:rsid w:val="00B47730"/>
    <w:rsid w:val="00C45D56"/>
    <w:rsid w:val="00CB0664"/>
    <w:rsid w:val="00FA58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C872C"/>
  <w14:defaultImageDpi w14:val="300"/>
  <w15:docId w15:val="{A8287874-C230-43E8-895D-63D7B821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ix-shop.ru/proizvodstvennaya-mebel/gotovye-resheniya_1/vybor-mastera-15-predmetov/" TargetMode="External"/><Relationship Id="rId13" Type="http://schemas.openxmlformats.org/officeDocument/2006/relationships/hyperlink" Target="https://onix-shop.ru/stellazhi-metallicheskie/stellazhi-polochnye-metallicheskie/stellazhi-ms-strong-do-150-kg-na-polku/" TargetMode="External"/><Relationship Id="rId18" Type="http://schemas.openxmlformats.org/officeDocument/2006/relationships/hyperlink" Target="https://onix-shop.ru/proizvodstvennaya-mebel/verstaki/verstaki-profi-w/" TargetMode="External"/><Relationship Id="rId26" Type="http://schemas.openxmlformats.org/officeDocument/2006/relationships/hyperlink" Target="https://onix-shop.ru/proizvodstvennaya-mebel/verstaki/verstaki-profi-w/" TargetMode="External"/><Relationship Id="rId3" Type="http://schemas.openxmlformats.org/officeDocument/2006/relationships/styles" Target="styles.xml"/><Relationship Id="rId21" Type="http://schemas.openxmlformats.org/officeDocument/2006/relationships/hyperlink" Target="https://onix-shop.ru/stellazhi-metallicheski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nix-shop.ru/stellazhi-metallicheskie/stellazhi-polochnye-metallicheskie/stellazhi-ms-do-150-kg-na-polku/" TargetMode="External"/><Relationship Id="rId17" Type="http://schemas.openxmlformats.org/officeDocument/2006/relationships/hyperlink" Target="https://onix-shop.ru/proizvodstvennaya-mebel/gotovye-resheniya_1/vybor-mastera-15-predmetov/" TargetMode="External"/><Relationship Id="rId25" Type="http://schemas.openxmlformats.org/officeDocument/2006/relationships/hyperlink" Target="https://onix-shop.ru/stellazhi-metallicheskie/yashchiki-plastikovy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nix-shop.ru/proizvodstvennaya-mebel/verstaki/verstaki-profi-w/" TargetMode="External"/><Relationship Id="rId20" Type="http://schemas.openxmlformats.org/officeDocument/2006/relationships/hyperlink" Target="https://onix-shop.ru/stellazhi-metallicheskie/yashchiki-plastikovye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ix-shop.ru/stellazhi-metallicheskie/yashchiki-plastikovye/" TargetMode="External"/><Relationship Id="rId24" Type="http://schemas.openxmlformats.org/officeDocument/2006/relationships/hyperlink" Target="https://onix-shop.ru/stellazhi-metallichesk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ix-shop.ru/stellazhi-metallicheskie/yashchiki-plastikovye/" TargetMode="External"/><Relationship Id="rId23" Type="http://schemas.openxmlformats.org/officeDocument/2006/relationships/hyperlink" Target="https://onix-shop.ru/stellazhi-metallicheskie/" TargetMode="External"/><Relationship Id="rId28" Type="http://schemas.openxmlformats.org/officeDocument/2006/relationships/hyperlink" Target="https://onix-shop.ru/kresla-i-stulya/" TargetMode="External"/><Relationship Id="rId10" Type="http://schemas.openxmlformats.org/officeDocument/2006/relationships/hyperlink" Target="https://onix-shop.ru/stellazhi-metallicheskie/" TargetMode="External"/><Relationship Id="rId19" Type="http://schemas.openxmlformats.org/officeDocument/2006/relationships/hyperlink" Target="https://onix-shop.ru/stellazhi-metallicheskie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nix-shop.ru/proizvodstvennaya-mebel/verstaki/verstaki-profi-w/" TargetMode="External"/><Relationship Id="rId14" Type="http://schemas.openxmlformats.org/officeDocument/2006/relationships/hyperlink" Target="https://onix-shop.ru/stellazhi-metallicheskie/" TargetMode="External"/><Relationship Id="rId22" Type="http://schemas.openxmlformats.org/officeDocument/2006/relationships/hyperlink" Target="https://onix-shop.ru/stellazhi-metallicheskie/" TargetMode="External"/><Relationship Id="rId27" Type="http://schemas.openxmlformats.org/officeDocument/2006/relationships/hyperlink" Target="https://onix-shop.ru/kresla-i-stulya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2695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Отдел рекламаций</cp:lastModifiedBy>
  <cp:revision>2</cp:revision>
  <dcterms:created xsi:type="dcterms:W3CDTF">2026-06-29T12:53:00Z</dcterms:created>
  <dcterms:modified xsi:type="dcterms:W3CDTF">2026-06-29T12:53:00Z</dcterms:modified>
  <cp:category/>
</cp:coreProperties>
</file>